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87A47" w14:textId="77777777" w:rsidR="006A518C" w:rsidRPr="004A6636" w:rsidRDefault="00000000">
      <w:pPr>
        <w:jc w:val="center"/>
      </w:pPr>
      <w:r w:rsidRPr="004A6636">
        <w:rPr>
          <w:b/>
          <w:sz w:val="24"/>
        </w:rPr>
        <w:t>AMBITO TERRITORIALE SOCIALE DI CAULONIA</w:t>
      </w:r>
    </w:p>
    <w:p w14:paraId="0C67DCBF" w14:textId="77777777" w:rsidR="006A518C" w:rsidRPr="004A6636" w:rsidRDefault="00000000">
      <w:pPr>
        <w:jc w:val="center"/>
      </w:pPr>
      <w:r w:rsidRPr="004A6636">
        <w:rPr>
          <w:b/>
        </w:rPr>
        <w:t>COMUNE CAPOFILA CAULONIA</w:t>
      </w:r>
    </w:p>
    <w:p w14:paraId="078C54E5" w14:textId="77777777" w:rsidR="006A518C" w:rsidRPr="008F7118" w:rsidRDefault="00000000">
      <w:pPr>
        <w:jc w:val="center"/>
        <w:rPr>
          <w:b/>
          <w:bCs/>
        </w:rPr>
      </w:pPr>
      <w:r w:rsidRPr="008F7118">
        <w:rPr>
          <w:b/>
          <w:bCs/>
        </w:rPr>
        <w:t>Progetto di Vita Indipendente “Reti per l’Autonomia”</w:t>
      </w:r>
    </w:p>
    <w:p w14:paraId="2DA18FF0" w14:textId="77777777" w:rsidR="006A518C" w:rsidRPr="008F7118" w:rsidRDefault="00000000">
      <w:pPr>
        <w:jc w:val="center"/>
        <w:rPr>
          <w:b/>
          <w:bCs/>
          <w:i/>
        </w:rPr>
      </w:pPr>
      <w:r w:rsidRPr="008F7118">
        <w:rPr>
          <w:b/>
          <w:bCs/>
          <w:i/>
        </w:rPr>
        <w:t>Fondo Nazionale per le Non Autosufficienze - Annualità 2022</w:t>
      </w:r>
    </w:p>
    <w:p w14:paraId="2A3E64F5" w14:textId="77777777" w:rsidR="003002C1" w:rsidRDefault="003002C1" w:rsidP="003002C1">
      <w:pPr>
        <w:spacing w:after="0" w:line="240" w:lineRule="auto"/>
        <w:jc w:val="center"/>
        <w:rPr>
          <w:rFonts w:ascii="Times New Roman" w:eastAsia="Times New Roman" w:hAnsi="Times New Roman" w:cs="Times New Roman"/>
          <w:i/>
          <w:iCs/>
          <w:color w:val="auto"/>
          <w:sz w:val="28"/>
          <w:szCs w:val="28"/>
          <w:lang w:eastAsia="it-IT"/>
        </w:rPr>
      </w:pPr>
      <w:r>
        <w:rPr>
          <w:rFonts w:ascii="Times New Roman" w:eastAsia="Times New Roman" w:hAnsi="Times New Roman" w:cs="Times New Roman"/>
          <w:b/>
          <w:bCs/>
          <w:i/>
          <w:iCs/>
          <w:sz w:val="28"/>
          <w:szCs w:val="28"/>
          <w:lang w:eastAsia="it-IT"/>
        </w:rPr>
        <w:t>CUP F89I26002520007</w:t>
      </w:r>
    </w:p>
    <w:p w14:paraId="7E7104A2" w14:textId="77777777" w:rsidR="008F7118" w:rsidRPr="004A6636" w:rsidRDefault="008F7118">
      <w:pPr>
        <w:jc w:val="center"/>
      </w:pPr>
    </w:p>
    <w:p w14:paraId="36BDC04A" w14:textId="77777777" w:rsidR="004A6636" w:rsidRPr="004A6636" w:rsidRDefault="004A6636">
      <w:pPr>
        <w:jc w:val="right"/>
        <w:rPr>
          <w:b/>
        </w:rPr>
      </w:pPr>
    </w:p>
    <w:p w14:paraId="2A1BAD40" w14:textId="2612B530" w:rsidR="006A518C" w:rsidRPr="004A6636" w:rsidRDefault="00000000">
      <w:pPr>
        <w:jc w:val="right"/>
      </w:pPr>
      <w:r w:rsidRPr="004A6636">
        <w:rPr>
          <w:b/>
        </w:rPr>
        <w:t>ALLEGATO B</w:t>
      </w:r>
    </w:p>
    <w:p w14:paraId="38FACDE1" w14:textId="77777777" w:rsidR="004A6636" w:rsidRPr="004A6636" w:rsidRDefault="004A6636">
      <w:pPr>
        <w:pStyle w:val="Titolo"/>
        <w:spacing w:after="200"/>
        <w:jc w:val="center"/>
      </w:pPr>
    </w:p>
    <w:p w14:paraId="02D23989" w14:textId="20E2D464" w:rsidR="006A518C" w:rsidRPr="004A6636" w:rsidRDefault="00000000">
      <w:pPr>
        <w:pStyle w:val="Titolo"/>
        <w:spacing w:after="200"/>
        <w:jc w:val="center"/>
        <w:rPr>
          <w:sz w:val="40"/>
          <w:szCs w:val="96"/>
        </w:rPr>
      </w:pPr>
      <w:r w:rsidRPr="004A6636">
        <w:rPr>
          <w:sz w:val="40"/>
          <w:szCs w:val="96"/>
        </w:rPr>
        <w:t>Proposta di progetto personalizzato di Vita Indipendente</w:t>
      </w:r>
    </w:p>
    <w:p w14:paraId="3DD4C191" w14:textId="77777777" w:rsidR="004A6636" w:rsidRPr="004A6636" w:rsidRDefault="004A6636" w:rsidP="004A6636"/>
    <w:p w14:paraId="55F5E29B" w14:textId="77777777" w:rsidR="006A518C" w:rsidRPr="004A6636" w:rsidRDefault="00000000" w:rsidP="004A6636">
      <w:pPr>
        <w:spacing w:after="100"/>
        <w:jc w:val="both"/>
      </w:pPr>
      <w:r w:rsidRPr="004A6636">
        <w:t>Documento a supporto della valutazione multidimensionale e della formazione delle graduatorie. La proposta può essere compilata anche con il supporto del Servizio Sociale o di altri soggetti di riferimento.</w:t>
      </w:r>
    </w:p>
    <w:p w14:paraId="55034A19" w14:textId="77777777" w:rsidR="006A518C" w:rsidRPr="004A6636" w:rsidRDefault="00000000">
      <w:pPr>
        <w:pStyle w:val="Titolo1"/>
      </w:pPr>
      <w:r w:rsidRPr="004A6636">
        <w:t>1 Dati del beneficiario</w:t>
      </w:r>
    </w:p>
    <w:tbl>
      <w:tblPr>
        <w:tblW w:w="0" w:type="auto"/>
        <w:jc w:val="center"/>
        <w:tblLayout w:type="fixed"/>
        <w:tblLook w:val="04A0" w:firstRow="1" w:lastRow="0" w:firstColumn="1" w:lastColumn="0" w:noHBand="0" w:noVBand="1"/>
      </w:tblPr>
      <w:tblGrid>
        <w:gridCol w:w="4082"/>
        <w:gridCol w:w="5783"/>
      </w:tblGrid>
      <w:tr w:rsidR="006A518C" w:rsidRPr="004A6636" w14:paraId="593EAA7B" w14:textId="77777777">
        <w:trPr>
          <w:cantSplit/>
          <w:trHeight w:val="340"/>
          <w:jc w:val="center"/>
        </w:trPr>
        <w:tc>
          <w:tcPr>
            <w:tcW w:w="4082" w:type="dxa"/>
            <w:tcBorders>
              <w:top w:val="single" w:sz="5" w:space="0" w:color="D9D9D9"/>
              <w:left w:val="single" w:sz="5" w:space="0" w:color="D9D9D9"/>
              <w:bottom w:val="single" w:sz="5" w:space="0" w:color="D9D9D9"/>
              <w:right w:val="single" w:sz="5" w:space="0" w:color="D9D9D9"/>
            </w:tcBorders>
            <w:shd w:val="clear" w:color="auto" w:fill="F3F5F7"/>
            <w:tcMar>
              <w:top w:w="50" w:type="dxa"/>
              <w:left w:w="75" w:type="dxa"/>
              <w:bottom w:w="50" w:type="dxa"/>
              <w:right w:w="75" w:type="dxa"/>
            </w:tcMar>
            <w:vAlign w:val="center"/>
          </w:tcPr>
          <w:p w14:paraId="7A3E803D" w14:textId="77777777" w:rsidR="006A518C" w:rsidRPr="004A6636" w:rsidRDefault="00000000">
            <w:pPr>
              <w:spacing w:after="0" w:line="252" w:lineRule="auto"/>
            </w:pPr>
            <w:r w:rsidRPr="004A6636">
              <w:rPr>
                <w:b/>
                <w:sz w:val="20"/>
              </w:rPr>
              <w:t>Cognome e nome</w:t>
            </w:r>
          </w:p>
        </w:tc>
        <w:tc>
          <w:tcPr>
            <w:tcW w:w="5783" w:type="dxa"/>
            <w:tcBorders>
              <w:top w:val="single" w:sz="5" w:space="0" w:color="D9D9D9"/>
              <w:left w:val="single" w:sz="5" w:space="0" w:color="D9D9D9"/>
              <w:bottom w:val="single" w:sz="5" w:space="0" w:color="D9D9D9"/>
              <w:right w:val="single" w:sz="5" w:space="0" w:color="D9D9D9"/>
            </w:tcBorders>
            <w:tcMar>
              <w:top w:w="50" w:type="dxa"/>
              <w:left w:w="75" w:type="dxa"/>
              <w:bottom w:w="50" w:type="dxa"/>
              <w:right w:w="75" w:type="dxa"/>
            </w:tcMar>
            <w:vAlign w:val="center"/>
          </w:tcPr>
          <w:p w14:paraId="4ACA9839" w14:textId="77777777" w:rsidR="006A518C" w:rsidRPr="004A6636" w:rsidRDefault="006A518C">
            <w:pPr>
              <w:spacing w:after="0" w:line="252" w:lineRule="auto"/>
            </w:pPr>
          </w:p>
        </w:tc>
      </w:tr>
      <w:tr w:rsidR="006A518C" w:rsidRPr="004A6636" w14:paraId="7B89F00C" w14:textId="77777777">
        <w:trPr>
          <w:cantSplit/>
          <w:trHeight w:val="340"/>
          <w:jc w:val="center"/>
        </w:trPr>
        <w:tc>
          <w:tcPr>
            <w:tcW w:w="4082" w:type="dxa"/>
            <w:tcBorders>
              <w:top w:val="single" w:sz="5" w:space="0" w:color="D9D9D9"/>
              <w:left w:val="single" w:sz="5" w:space="0" w:color="D9D9D9"/>
              <w:bottom w:val="single" w:sz="5" w:space="0" w:color="D9D9D9"/>
              <w:right w:val="single" w:sz="5" w:space="0" w:color="D9D9D9"/>
            </w:tcBorders>
            <w:shd w:val="clear" w:color="auto" w:fill="F3F5F7"/>
            <w:tcMar>
              <w:top w:w="50" w:type="dxa"/>
              <w:left w:w="75" w:type="dxa"/>
              <w:bottom w:w="50" w:type="dxa"/>
              <w:right w:w="75" w:type="dxa"/>
            </w:tcMar>
            <w:vAlign w:val="center"/>
          </w:tcPr>
          <w:p w14:paraId="541F207A" w14:textId="77777777" w:rsidR="006A518C" w:rsidRPr="004A6636" w:rsidRDefault="00000000">
            <w:pPr>
              <w:spacing w:after="0" w:line="252" w:lineRule="auto"/>
            </w:pPr>
            <w:r w:rsidRPr="004A6636">
              <w:rPr>
                <w:b/>
                <w:sz w:val="20"/>
              </w:rPr>
              <w:t>Comune di residenza</w:t>
            </w:r>
          </w:p>
        </w:tc>
        <w:tc>
          <w:tcPr>
            <w:tcW w:w="5783" w:type="dxa"/>
            <w:tcBorders>
              <w:top w:val="single" w:sz="5" w:space="0" w:color="D9D9D9"/>
              <w:left w:val="single" w:sz="5" w:space="0" w:color="D9D9D9"/>
              <w:bottom w:val="single" w:sz="5" w:space="0" w:color="D9D9D9"/>
              <w:right w:val="single" w:sz="5" w:space="0" w:color="D9D9D9"/>
            </w:tcBorders>
            <w:tcMar>
              <w:top w:w="50" w:type="dxa"/>
              <w:left w:w="75" w:type="dxa"/>
              <w:bottom w:w="50" w:type="dxa"/>
              <w:right w:w="75" w:type="dxa"/>
            </w:tcMar>
            <w:vAlign w:val="center"/>
          </w:tcPr>
          <w:p w14:paraId="492DC275" w14:textId="77777777" w:rsidR="006A518C" w:rsidRPr="004A6636" w:rsidRDefault="006A518C">
            <w:pPr>
              <w:spacing w:after="0" w:line="252" w:lineRule="auto"/>
            </w:pPr>
          </w:p>
        </w:tc>
      </w:tr>
      <w:tr w:rsidR="006A518C" w:rsidRPr="004A6636" w14:paraId="13F48E98" w14:textId="77777777">
        <w:trPr>
          <w:cantSplit/>
          <w:trHeight w:val="340"/>
          <w:jc w:val="center"/>
        </w:trPr>
        <w:tc>
          <w:tcPr>
            <w:tcW w:w="4082" w:type="dxa"/>
            <w:tcBorders>
              <w:top w:val="single" w:sz="5" w:space="0" w:color="D9D9D9"/>
              <w:left w:val="single" w:sz="5" w:space="0" w:color="D9D9D9"/>
              <w:bottom w:val="single" w:sz="5" w:space="0" w:color="D9D9D9"/>
              <w:right w:val="single" w:sz="5" w:space="0" w:color="D9D9D9"/>
            </w:tcBorders>
            <w:shd w:val="clear" w:color="auto" w:fill="F3F5F7"/>
            <w:tcMar>
              <w:top w:w="50" w:type="dxa"/>
              <w:left w:w="75" w:type="dxa"/>
              <w:bottom w:w="50" w:type="dxa"/>
              <w:right w:w="75" w:type="dxa"/>
            </w:tcMar>
            <w:vAlign w:val="center"/>
          </w:tcPr>
          <w:p w14:paraId="75CAEBA0" w14:textId="77777777" w:rsidR="006A518C" w:rsidRPr="004A6636" w:rsidRDefault="00000000">
            <w:pPr>
              <w:spacing w:after="0" w:line="252" w:lineRule="auto"/>
            </w:pPr>
            <w:r w:rsidRPr="004A6636">
              <w:rPr>
                <w:b/>
                <w:sz w:val="20"/>
              </w:rPr>
              <w:t>Telefono / e-mail</w:t>
            </w:r>
          </w:p>
        </w:tc>
        <w:tc>
          <w:tcPr>
            <w:tcW w:w="5783" w:type="dxa"/>
            <w:tcBorders>
              <w:top w:val="single" w:sz="5" w:space="0" w:color="D9D9D9"/>
              <w:left w:val="single" w:sz="5" w:space="0" w:color="D9D9D9"/>
              <w:bottom w:val="single" w:sz="5" w:space="0" w:color="D9D9D9"/>
              <w:right w:val="single" w:sz="5" w:space="0" w:color="D9D9D9"/>
            </w:tcBorders>
            <w:tcMar>
              <w:top w:w="50" w:type="dxa"/>
              <w:left w:w="75" w:type="dxa"/>
              <w:bottom w:w="50" w:type="dxa"/>
              <w:right w:w="75" w:type="dxa"/>
            </w:tcMar>
            <w:vAlign w:val="center"/>
          </w:tcPr>
          <w:p w14:paraId="04BE4F4A" w14:textId="77777777" w:rsidR="006A518C" w:rsidRPr="004A6636" w:rsidRDefault="006A518C">
            <w:pPr>
              <w:spacing w:after="0" w:line="252" w:lineRule="auto"/>
            </w:pPr>
          </w:p>
        </w:tc>
      </w:tr>
      <w:tr w:rsidR="006A518C" w:rsidRPr="004A6636" w14:paraId="55479D08" w14:textId="77777777">
        <w:trPr>
          <w:cantSplit/>
          <w:trHeight w:val="340"/>
          <w:jc w:val="center"/>
        </w:trPr>
        <w:tc>
          <w:tcPr>
            <w:tcW w:w="4082" w:type="dxa"/>
            <w:tcBorders>
              <w:top w:val="single" w:sz="5" w:space="0" w:color="D9D9D9"/>
              <w:left w:val="single" w:sz="5" w:space="0" w:color="D9D9D9"/>
              <w:bottom w:val="single" w:sz="5" w:space="0" w:color="D9D9D9"/>
              <w:right w:val="single" w:sz="5" w:space="0" w:color="D9D9D9"/>
            </w:tcBorders>
            <w:shd w:val="clear" w:color="auto" w:fill="F3F5F7"/>
            <w:tcMar>
              <w:top w:w="50" w:type="dxa"/>
              <w:left w:w="75" w:type="dxa"/>
              <w:bottom w:w="50" w:type="dxa"/>
              <w:right w:w="75" w:type="dxa"/>
            </w:tcMar>
            <w:vAlign w:val="center"/>
          </w:tcPr>
          <w:p w14:paraId="280F265A" w14:textId="77777777" w:rsidR="006A518C" w:rsidRPr="004A6636" w:rsidRDefault="00000000">
            <w:pPr>
              <w:spacing w:after="0" w:line="252" w:lineRule="auto"/>
            </w:pPr>
            <w:r w:rsidRPr="004A6636">
              <w:rPr>
                <w:b/>
                <w:sz w:val="20"/>
              </w:rPr>
              <w:t>Soggetto che supporta la compilazione, se presente</w:t>
            </w:r>
          </w:p>
        </w:tc>
        <w:tc>
          <w:tcPr>
            <w:tcW w:w="5783" w:type="dxa"/>
            <w:tcBorders>
              <w:top w:val="single" w:sz="5" w:space="0" w:color="D9D9D9"/>
              <w:left w:val="single" w:sz="5" w:space="0" w:color="D9D9D9"/>
              <w:bottom w:val="single" w:sz="5" w:space="0" w:color="D9D9D9"/>
              <w:right w:val="single" w:sz="5" w:space="0" w:color="D9D9D9"/>
            </w:tcBorders>
            <w:tcMar>
              <w:top w:w="50" w:type="dxa"/>
              <w:left w:w="75" w:type="dxa"/>
              <w:bottom w:w="50" w:type="dxa"/>
              <w:right w:w="75" w:type="dxa"/>
            </w:tcMar>
            <w:vAlign w:val="center"/>
          </w:tcPr>
          <w:p w14:paraId="683F08F5" w14:textId="77777777" w:rsidR="006A518C" w:rsidRPr="004A6636" w:rsidRDefault="006A518C">
            <w:pPr>
              <w:spacing w:after="0" w:line="252" w:lineRule="auto"/>
            </w:pPr>
          </w:p>
        </w:tc>
      </w:tr>
    </w:tbl>
    <w:p w14:paraId="376029AD" w14:textId="77777777" w:rsidR="006A518C" w:rsidRPr="004A6636" w:rsidRDefault="006A518C">
      <w:pPr>
        <w:spacing w:after="0" w:line="20" w:lineRule="exact"/>
      </w:pPr>
    </w:p>
    <w:p w14:paraId="7F2BAFA8" w14:textId="77777777" w:rsidR="006A518C" w:rsidRPr="004A6636" w:rsidRDefault="00000000">
      <w:pPr>
        <w:pStyle w:val="Titolo1"/>
      </w:pPr>
      <w:r w:rsidRPr="004A6636">
        <w:t>2 Situazione di partenza e bisogni</w:t>
      </w:r>
    </w:p>
    <w:p w14:paraId="49FEA9C1" w14:textId="77777777" w:rsidR="006A518C" w:rsidRPr="004A6636" w:rsidRDefault="00000000" w:rsidP="004A6636">
      <w:pPr>
        <w:jc w:val="both"/>
      </w:pPr>
      <w:r w:rsidRPr="004A6636">
        <w:t>Descrivere la situazione personale, le limitazioni dell’autonomia, i bisogni di sostegno, il contesto abitativo e ambientale e le attività quotidiane difficili o non realizzabili in autonomia.</w:t>
      </w:r>
    </w:p>
    <w:p w14:paraId="49C33657" w14:textId="77777777" w:rsidR="006A518C" w:rsidRPr="004A6636" w:rsidRDefault="00000000" w:rsidP="004A6636">
      <w:pPr>
        <w:keepLines/>
        <w:spacing w:after="40" w:line="480" w:lineRule="auto"/>
      </w:pPr>
      <w:r w:rsidRPr="004A6636">
        <w:t>________________________________________________________________________________</w:t>
      </w:r>
    </w:p>
    <w:p w14:paraId="610890A7" w14:textId="77777777" w:rsidR="006A518C" w:rsidRPr="004A6636" w:rsidRDefault="00000000" w:rsidP="004A6636">
      <w:pPr>
        <w:keepLines/>
        <w:spacing w:after="40" w:line="480" w:lineRule="auto"/>
      </w:pPr>
      <w:r w:rsidRPr="004A6636">
        <w:t>________________________________________________________________________________</w:t>
      </w:r>
    </w:p>
    <w:p w14:paraId="20A249D6" w14:textId="77777777" w:rsidR="006A518C" w:rsidRPr="004A6636" w:rsidRDefault="00000000" w:rsidP="004A6636">
      <w:pPr>
        <w:keepLines/>
        <w:spacing w:after="40" w:line="480" w:lineRule="auto"/>
      </w:pPr>
      <w:r w:rsidRPr="004A6636">
        <w:t>________________________________________________________________________________</w:t>
      </w:r>
    </w:p>
    <w:p w14:paraId="0CF75131" w14:textId="77777777" w:rsidR="006A518C" w:rsidRPr="004A6636" w:rsidRDefault="00000000" w:rsidP="004A6636">
      <w:pPr>
        <w:keepLines/>
        <w:spacing w:after="40" w:line="480" w:lineRule="auto"/>
      </w:pPr>
      <w:r w:rsidRPr="004A6636">
        <w:t>________________________________________________________________________________</w:t>
      </w:r>
    </w:p>
    <w:p w14:paraId="06F26BFE" w14:textId="77777777" w:rsidR="006A518C" w:rsidRPr="004A6636" w:rsidRDefault="00000000" w:rsidP="004A6636">
      <w:pPr>
        <w:keepLines/>
        <w:spacing w:after="40" w:line="480" w:lineRule="auto"/>
      </w:pPr>
      <w:r w:rsidRPr="004A6636">
        <w:t>________________________________________________________________________________</w:t>
      </w:r>
    </w:p>
    <w:p w14:paraId="1D25A2AD" w14:textId="77777777" w:rsidR="006A518C" w:rsidRPr="004A6636" w:rsidRDefault="00000000">
      <w:pPr>
        <w:pStyle w:val="Titolo1"/>
      </w:pPr>
      <w:r w:rsidRPr="004A6636">
        <w:t>3 Risorse capacità e sostegni alla partecipazione</w:t>
      </w:r>
    </w:p>
    <w:p w14:paraId="47DE918D" w14:textId="77777777" w:rsidR="006A518C" w:rsidRPr="004A6636" w:rsidRDefault="00000000" w:rsidP="004A6636">
      <w:pPr>
        <w:jc w:val="both"/>
      </w:pPr>
      <w:r w:rsidRPr="004A6636">
        <w:t>Descrivere le capacità personali, le risorse individuali e di contesto, le esperienze di autonomia e le forme di sostegno necessarie per favorire la partecipazione della persona alla definizione del progetto. La capacità di redigere autonomamente la proposta non costituisce elemento premiale.</w:t>
      </w:r>
    </w:p>
    <w:p w14:paraId="4082ABBC" w14:textId="77777777" w:rsidR="006A518C" w:rsidRPr="004A6636" w:rsidRDefault="00000000" w:rsidP="004A6636">
      <w:pPr>
        <w:keepLines/>
        <w:spacing w:after="40" w:line="480" w:lineRule="auto"/>
      </w:pPr>
      <w:r w:rsidRPr="004A6636">
        <w:t>________________________________________________________________________________</w:t>
      </w:r>
    </w:p>
    <w:p w14:paraId="70031925" w14:textId="77777777" w:rsidR="006A518C" w:rsidRPr="004A6636" w:rsidRDefault="00000000" w:rsidP="004A6636">
      <w:pPr>
        <w:keepLines/>
        <w:spacing w:after="40" w:line="480" w:lineRule="auto"/>
      </w:pPr>
      <w:r w:rsidRPr="004A6636">
        <w:t>________________________________________________________________________________</w:t>
      </w:r>
    </w:p>
    <w:p w14:paraId="41E89614" w14:textId="77777777" w:rsidR="006A518C" w:rsidRPr="004A6636" w:rsidRDefault="00000000" w:rsidP="004A6636">
      <w:pPr>
        <w:keepLines/>
        <w:spacing w:after="40" w:line="480" w:lineRule="auto"/>
      </w:pPr>
      <w:r w:rsidRPr="004A6636">
        <w:t>________________________________________________________________________________</w:t>
      </w:r>
    </w:p>
    <w:p w14:paraId="12D25E00" w14:textId="77777777" w:rsidR="006A518C" w:rsidRPr="004A6636" w:rsidRDefault="00000000" w:rsidP="004A6636">
      <w:pPr>
        <w:keepLines/>
        <w:spacing w:after="40" w:line="480" w:lineRule="auto"/>
      </w:pPr>
      <w:r w:rsidRPr="004A6636">
        <w:t>________________________________________________________________________________</w:t>
      </w:r>
    </w:p>
    <w:p w14:paraId="2B6CEC96" w14:textId="77777777" w:rsidR="006A518C" w:rsidRPr="004A6636" w:rsidRDefault="00000000">
      <w:pPr>
        <w:pStyle w:val="Titolo1"/>
      </w:pPr>
      <w:r w:rsidRPr="004A6636">
        <w:lastRenderedPageBreak/>
        <w:t>4 Rete familiare e sociale di supporto</w:t>
      </w:r>
    </w:p>
    <w:p w14:paraId="0CBCEE04" w14:textId="77777777" w:rsidR="006A518C" w:rsidRPr="004A6636" w:rsidRDefault="00000000" w:rsidP="004A6636">
      <w:pPr>
        <w:jc w:val="both"/>
      </w:pPr>
      <w:r w:rsidRPr="004A6636">
        <w:t>Indicare familiari, caregiver, persone di riferimento e sostegni informali o formali presenti, precisando qualità, continuità e adeguatezza del supporto e le necessità non soddisfatte.</w:t>
      </w:r>
    </w:p>
    <w:p w14:paraId="4703D9C8" w14:textId="77777777" w:rsidR="006A518C" w:rsidRPr="004A6636" w:rsidRDefault="00000000" w:rsidP="004A6636">
      <w:pPr>
        <w:keepLines/>
        <w:spacing w:after="40" w:line="480" w:lineRule="auto"/>
      </w:pPr>
      <w:r w:rsidRPr="004A6636">
        <w:t>________________________________________________________________________________</w:t>
      </w:r>
    </w:p>
    <w:p w14:paraId="79C6AEAF" w14:textId="77777777" w:rsidR="006A518C" w:rsidRPr="004A6636" w:rsidRDefault="00000000" w:rsidP="004A6636">
      <w:pPr>
        <w:keepLines/>
        <w:spacing w:after="40" w:line="480" w:lineRule="auto"/>
      </w:pPr>
      <w:r w:rsidRPr="004A6636">
        <w:t>________________________________________________________________________________</w:t>
      </w:r>
    </w:p>
    <w:p w14:paraId="56287864" w14:textId="77777777" w:rsidR="006A518C" w:rsidRPr="004A6636" w:rsidRDefault="00000000" w:rsidP="004A6636">
      <w:pPr>
        <w:keepLines/>
        <w:spacing w:after="40" w:line="480" w:lineRule="auto"/>
      </w:pPr>
      <w:r w:rsidRPr="004A6636">
        <w:t>________________________________________________________________________________</w:t>
      </w:r>
    </w:p>
    <w:p w14:paraId="283A8C4A" w14:textId="1FEA3DC0" w:rsidR="006A518C" w:rsidRPr="004A6636" w:rsidRDefault="00000000" w:rsidP="004A6636">
      <w:pPr>
        <w:keepLines/>
        <w:spacing w:after="40" w:line="480" w:lineRule="auto"/>
      </w:pPr>
      <w:r w:rsidRPr="004A6636">
        <w:t>________________________________________________________________________________</w:t>
      </w:r>
      <w:r w:rsidR="004A6636">
        <w:tab/>
      </w:r>
    </w:p>
    <w:p w14:paraId="6924BD96" w14:textId="77777777" w:rsidR="006A518C" w:rsidRPr="004A6636" w:rsidRDefault="00000000">
      <w:pPr>
        <w:pStyle w:val="Titolo1"/>
      </w:pPr>
      <w:r w:rsidRPr="004A6636">
        <w:t>5 Aspirazioni e obiettivi personali</w:t>
      </w:r>
    </w:p>
    <w:p w14:paraId="418A0101" w14:textId="77777777" w:rsidR="006A518C" w:rsidRPr="004A6636" w:rsidRDefault="00000000" w:rsidP="004A6636">
      <w:pPr>
        <w:jc w:val="both"/>
      </w:pPr>
      <w:r w:rsidRPr="004A6636">
        <w:t>Indicare gli obiettivi della persona, con riferimento ad autonomia personale, vita domestica, relazioni sociali, studio, lavoro, partecipazione alla comunità e prevenzione dell’isolamento.</w:t>
      </w:r>
    </w:p>
    <w:p w14:paraId="66555136" w14:textId="77777777" w:rsidR="006A518C" w:rsidRPr="004A6636" w:rsidRDefault="00000000" w:rsidP="004A6636">
      <w:pPr>
        <w:keepLines/>
        <w:spacing w:after="40" w:line="480" w:lineRule="auto"/>
      </w:pPr>
      <w:r w:rsidRPr="004A6636">
        <w:t>________________________________________________________________________________</w:t>
      </w:r>
    </w:p>
    <w:p w14:paraId="72197A40" w14:textId="77777777" w:rsidR="006A518C" w:rsidRPr="004A6636" w:rsidRDefault="00000000" w:rsidP="004A6636">
      <w:pPr>
        <w:keepLines/>
        <w:spacing w:after="40" w:line="480" w:lineRule="auto"/>
      </w:pPr>
      <w:r w:rsidRPr="004A6636">
        <w:t>________________________________________________________________________________</w:t>
      </w:r>
    </w:p>
    <w:p w14:paraId="5673F032" w14:textId="77777777" w:rsidR="006A518C" w:rsidRPr="004A6636" w:rsidRDefault="00000000" w:rsidP="004A6636">
      <w:pPr>
        <w:keepLines/>
        <w:spacing w:after="40" w:line="480" w:lineRule="auto"/>
      </w:pPr>
      <w:r w:rsidRPr="004A6636">
        <w:t>________________________________________________________________________________</w:t>
      </w:r>
    </w:p>
    <w:p w14:paraId="38D28D40" w14:textId="77777777" w:rsidR="006A518C" w:rsidRPr="004A6636" w:rsidRDefault="00000000" w:rsidP="004A6636">
      <w:pPr>
        <w:keepLines/>
        <w:spacing w:after="40" w:line="480" w:lineRule="auto"/>
      </w:pPr>
      <w:r w:rsidRPr="004A6636">
        <w:t>________________________________________________________________________________</w:t>
      </w:r>
    </w:p>
    <w:p w14:paraId="008196FD" w14:textId="77777777" w:rsidR="006A518C" w:rsidRPr="004A6636" w:rsidRDefault="00000000" w:rsidP="004A6636">
      <w:pPr>
        <w:keepLines/>
        <w:spacing w:after="40" w:line="480" w:lineRule="auto"/>
      </w:pPr>
      <w:r w:rsidRPr="004A6636">
        <w:t>________________________________________________________________________________</w:t>
      </w:r>
    </w:p>
    <w:p w14:paraId="068A0702" w14:textId="77777777" w:rsidR="006A518C" w:rsidRPr="004A6636" w:rsidRDefault="00000000">
      <w:pPr>
        <w:pStyle w:val="Titolo1"/>
      </w:pPr>
      <w:r w:rsidRPr="004A6636">
        <w:t>6 Interventi richiesti e proposti</w:t>
      </w:r>
    </w:p>
    <w:p w14:paraId="783B99D0" w14:textId="77777777" w:rsidR="006A518C" w:rsidRPr="004A6636" w:rsidRDefault="00000000" w:rsidP="004A6636">
      <w:pPr>
        <w:jc w:val="both"/>
      </w:pPr>
      <w:r w:rsidRPr="004A6636">
        <w:t>Selezionare una o più macroaree e descrivere gli interventi funzionali agli obiettivi individuali. La configurazione definitiva sarà stabilita a seguito della valutazione multidimensionale.</w:t>
      </w:r>
    </w:p>
    <w:p w14:paraId="2188ADD8" w14:textId="77777777" w:rsidR="006A518C" w:rsidRPr="004A6636" w:rsidRDefault="00000000">
      <w:pPr>
        <w:keepLines/>
        <w:spacing w:after="60"/>
        <w:rPr>
          <w:b/>
          <w:bCs/>
        </w:rPr>
      </w:pPr>
      <w:r w:rsidRPr="004A6636">
        <w:rPr>
          <w:b/>
          <w:bCs/>
        </w:rPr>
        <w:t>☐ Assistente personale</w:t>
      </w:r>
    </w:p>
    <w:p w14:paraId="1381F3A4" w14:textId="77777777" w:rsidR="006A518C" w:rsidRPr="004A6636" w:rsidRDefault="00000000" w:rsidP="004A6636">
      <w:pPr>
        <w:jc w:val="both"/>
      </w:pPr>
      <w:r w:rsidRPr="004A6636">
        <w:t>Indicare attività, numero indicativo di ore, contesti di utilizzo ed eventuale modalità autogestita o tramite ETS convenzionato.</w:t>
      </w:r>
    </w:p>
    <w:p w14:paraId="7B6C8895" w14:textId="77777777" w:rsidR="006A518C" w:rsidRPr="004A6636" w:rsidRDefault="00000000" w:rsidP="004A6636">
      <w:pPr>
        <w:keepLines/>
        <w:spacing w:after="40" w:line="480" w:lineRule="auto"/>
      </w:pPr>
      <w:r w:rsidRPr="004A6636">
        <w:t>________________________________________________________________________________</w:t>
      </w:r>
    </w:p>
    <w:p w14:paraId="0DC0AA34" w14:textId="77777777" w:rsidR="006A518C" w:rsidRPr="004A6636" w:rsidRDefault="00000000" w:rsidP="004A6636">
      <w:pPr>
        <w:keepLines/>
        <w:spacing w:after="40" w:line="480" w:lineRule="auto"/>
      </w:pPr>
      <w:r w:rsidRPr="004A6636">
        <w:t>________________________________________________________________________________</w:t>
      </w:r>
    </w:p>
    <w:p w14:paraId="334E39EC" w14:textId="77777777" w:rsidR="006A518C" w:rsidRPr="004A6636" w:rsidRDefault="00000000" w:rsidP="004A6636">
      <w:pPr>
        <w:keepLines/>
        <w:spacing w:after="40" w:line="480" w:lineRule="auto"/>
      </w:pPr>
      <w:r w:rsidRPr="004A6636">
        <w:t>________________________________________________________________________________</w:t>
      </w:r>
    </w:p>
    <w:p w14:paraId="5B10F2F1" w14:textId="77777777" w:rsidR="006A518C" w:rsidRPr="004A6636" w:rsidRDefault="00000000" w:rsidP="004A6636">
      <w:pPr>
        <w:keepLines/>
        <w:spacing w:after="40" w:line="480" w:lineRule="auto"/>
      </w:pPr>
      <w:r w:rsidRPr="004A6636">
        <w:t>________________________________________________________________________________</w:t>
      </w:r>
    </w:p>
    <w:p w14:paraId="3444EA15" w14:textId="77777777" w:rsidR="006A518C" w:rsidRPr="004A6636" w:rsidRDefault="00000000">
      <w:pPr>
        <w:keepLines/>
        <w:spacing w:after="60"/>
        <w:rPr>
          <w:b/>
          <w:bCs/>
        </w:rPr>
      </w:pPr>
      <w:r w:rsidRPr="004A6636">
        <w:rPr>
          <w:b/>
          <w:bCs/>
        </w:rPr>
        <w:t>☐ Domotica e tecnologie assistive</w:t>
      </w:r>
    </w:p>
    <w:p w14:paraId="52D4FBFF" w14:textId="77777777" w:rsidR="006A518C" w:rsidRPr="004A6636" w:rsidRDefault="00000000" w:rsidP="004A6636">
      <w:pPr>
        <w:jc w:val="both"/>
      </w:pPr>
      <w:r w:rsidRPr="004A6636">
        <w:t>Indicare dispositivi e soluzioni richiesti e la relazione con i bisogni funzionali e gli obiettivi di autonomia. Telefoni mobili e smartphone accessibili sono destinati a maggiorenni con disabilità fino a 64 anni, ai sensi dell’art. 7 dell’Avviso.</w:t>
      </w:r>
    </w:p>
    <w:p w14:paraId="4FD453B5" w14:textId="77777777" w:rsidR="006A518C" w:rsidRPr="004A6636" w:rsidRDefault="00000000" w:rsidP="004A6636">
      <w:pPr>
        <w:keepLines/>
        <w:spacing w:after="40" w:line="480" w:lineRule="auto"/>
      </w:pPr>
      <w:r w:rsidRPr="004A6636">
        <w:t>________________________________________________________________________________</w:t>
      </w:r>
    </w:p>
    <w:p w14:paraId="1F9C1A14" w14:textId="77777777" w:rsidR="006A518C" w:rsidRPr="004A6636" w:rsidRDefault="00000000" w:rsidP="004A6636">
      <w:pPr>
        <w:keepLines/>
        <w:spacing w:after="40" w:line="480" w:lineRule="auto"/>
      </w:pPr>
      <w:r w:rsidRPr="004A6636">
        <w:t>________________________________________________________________________________</w:t>
      </w:r>
    </w:p>
    <w:p w14:paraId="42A12424" w14:textId="77777777" w:rsidR="006A518C" w:rsidRPr="004A6636" w:rsidRDefault="00000000" w:rsidP="004A6636">
      <w:pPr>
        <w:keepLines/>
        <w:spacing w:after="40" w:line="480" w:lineRule="auto"/>
      </w:pPr>
      <w:r w:rsidRPr="004A6636">
        <w:t>________________________________________________________________________________</w:t>
      </w:r>
    </w:p>
    <w:p w14:paraId="3AF45FBB" w14:textId="77777777" w:rsidR="006A518C" w:rsidRPr="004A6636" w:rsidRDefault="00000000" w:rsidP="004A6636">
      <w:pPr>
        <w:keepLines/>
        <w:spacing w:after="40" w:line="480" w:lineRule="auto"/>
      </w:pPr>
      <w:r w:rsidRPr="004A6636">
        <w:t>________________________________________________________________________________</w:t>
      </w:r>
    </w:p>
    <w:p w14:paraId="4C095CEE" w14:textId="77777777" w:rsidR="006A518C" w:rsidRPr="004A6636" w:rsidRDefault="00000000">
      <w:pPr>
        <w:keepLines/>
        <w:spacing w:after="60"/>
        <w:rPr>
          <w:b/>
          <w:bCs/>
        </w:rPr>
      </w:pPr>
      <w:r w:rsidRPr="004A6636">
        <w:rPr>
          <w:b/>
          <w:bCs/>
        </w:rPr>
        <w:t>☐ Abitare in autonomia - Housing / Co-housing</w:t>
      </w:r>
    </w:p>
    <w:p w14:paraId="1E3EE1B1" w14:textId="77777777" w:rsidR="006A518C" w:rsidRPr="004A6636" w:rsidRDefault="00000000" w:rsidP="004A6636">
      <w:pPr>
        <w:jc w:val="both"/>
      </w:pPr>
      <w:r w:rsidRPr="004A6636">
        <w:lastRenderedPageBreak/>
        <w:t>Indicare tipologia dell’esperienza abitativa, durata indicativa, supporti necessari, adattamenti e accompagnamento richiesto.</w:t>
      </w:r>
    </w:p>
    <w:p w14:paraId="6D6504DC" w14:textId="77777777" w:rsidR="006A518C" w:rsidRPr="004A6636" w:rsidRDefault="00000000" w:rsidP="004A6636">
      <w:pPr>
        <w:keepLines/>
        <w:spacing w:after="40" w:line="480" w:lineRule="auto"/>
      </w:pPr>
      <w:r w:rsidRPr="004A6636">
        <w:t>________________________________________________________________________________</w:t>
      </w:r>
    </w:p>
    <w:p w14:paraId="577869A7" w14:textId="77777777" w:rsidR="006A518C" w:rsidRPr="004A6636" w:rsidRDefault="00000000" w:rsidP="004A6636">
      <w:pPr>
        <w:keepLines/>
        <w:spacing w:after="40" w:line="480" w:lineRule="auto"/>
      </w:pPr>
      <w:r w:rsidRPr="004A6636">
        <w:t>________________________________________________________________________________</w:t>
      </w:r>
    </w:p>
    <w:p w14:paraId="4179FDB7" w14:textId="77777777" w:rsidR="006A518C" w:rsidRPr="004A6636" w:rsidRDefault="00000000" w:rsidP="004A6636">
      <w:pPr>
        <w:keepLines/>
        <w:spacing w:after="40" w:line="480" w:lineRule="auto"/>
      </w:pPr>
      <w:r w:rsidRPr="004A6636">
        <w:t>________________________________________________________________________________</w:t>
      </w:r>
    </w:p>
    <w:p w14:paraId="00072B5A" w14:textId="77777777" w:rsidR="006A518C" w:rsidRPr="004A6636" w:rsidRDefault="00000000" w:rsidP="004A6636">
      <w:pPr>
        <w:keepLines/>
        <w:spacing w:after="40" w:line="480" w:lineRule="auto"/>
      </w:pPr>
      <w:r w:rsidRPr="004A6636">
        <w:t>________________________________________________________________________________</w:t>
      </w:r>
    </w:p>
    <w:p w14:paraId="0572FD71" w14:textId="0B9945C1" w:rsidR="004A6636" w:rsidRPr="004A6636" w:rsidRDefault="00000000" w:rsidP="004A6636">
      <w:pPr>
        <w:spacing w:after="60"/>
        <w:jc w:val="both"/>
      </w:pPr>
      <w:r w:rsidRPr="004A6636">
        <w:t>La distinta macroarea “Inclusione sociale e relazionale” sarà oggetto di separato Avviso e non è richiedibile attraverso la presente proposta.</w:t>
      </w:r>
    </w:p>
    <w:p w14:paraId="1D12AB18" w14:textId="3F0E4001" w:rsidR="006A518C" w:rsidRPr="004A6636" w:rsidRDefault="00000000">
      <w:pPr>
        <w:pStyle w:val="Titolo1"/>
      </w:pPr>
      <w:r w:rsidRPr="004A6636">
        <w:t>Tempi e articolazione del percorso</w:t>
      </w:r>
    </w:p>
    <w:p w14:paraId="703A808C" w14:textId="77777777" w:rsidR="006A518C" w:rsidRPr="004A6636" w:rsidRDefault="00000000">
      <w:r w:rsidRPr="004A6636">
        <w:t>Durata indicativa: __________________________________________________________</w:t>
      </w:r>
    </w:p>
    <w:p w14:paraId="0F6269FB" w14:textId="77777777" w:rsidR="006A518C" w:rsidRPr="004A6636" w:rsidRDefault="00000000">
      <w:r w:rsidRPr="004A6636">
        <w:t>Data / periodo auspicato di avvio: _____________________________________________</w:t>
      </w:r>
    </w:p>
    <w:p w14:paraId="4D88840C" w14:textId="77777777" w:rsidR="006A518C" w:rsidRPr="004A6636" w:rsidRDefault="00000000">
      <w:r w:rsidRPr="004A6636">
        <w:t>Fasi previste e principali attività:</w:t>
      </w:r>
    </w:p>
    <w:p w14:paraId="093E8D3D" w14:textId="77777777" w:rsidR="006A518C" w:rsidRPr="004A6636" w:rsidRDefault="00000000" w:rsidP="004A6636">
      <w:pPr>
        <w:keepLines/>
        <w:spacing w:after="40" w:line="480" w:lineRule="auto"/>
      </w:pPr>
      <w:r w:rsidRPr="004A6636">
        <w:t>________________________________________________________________________________</w:t>
      </w:r>
    </w:p>
    <w:p w14:paraId="3FBD1E93" w14:textId="77777777" w:rsidR="006A518C" w:rsidRPr="004A6636" w:rsidRDefault="00000000" w:rsidP="004A6636">
      <w:pPr>
        <w:keepLines/>
        <w:spacing w:after="40" w:line="480" w:lineRule="auto"/>
      </w:pPr>
      <w:r w:rsidRPr="004A6636">
        <w:t>________________________________________________________________________________</w:t>
      </w:r>
    </w:p>
    <w:p w14:paraId="554AB6D5" w14:textId="77777777" w:rsidR="006A518C" w:rsidRPr="004A6636" w:rsidRDefault="00000000" w:rsidP="004A6636">
      <w:pPr>
        <w:keepLines/>
        <w:spacing w:after="40" w:line="480" w:lineRule="auto"/>
      </w:pPr>
      <w:r w:rsidRPr="004A6636">
        <w:t>________________________________________________________________________________</w:t>
      </w:r>
    </w:p>
    <w:p w14:paraId="2E54E385" w14:textId="77777777" w:rsidR="006A518C" w:rsidRPr="004A6636" w:rsidRDefault="00000000">
      <w:r w:rsidRPr="004A6636">
        <w:t>La durata deve essere compatibile con il periodo complessivo di realizzazione del progetto territoriale di cui all’art. 16 dell’Avviso.</w:t>
      </w:r>
    </w:p>
    <w:p w14:paraId="09A92C80" w14:textId="77777777" w:rsidR="006A518C" w:rsidRPr="004A6636" w:rsidRDefault="00000000">
      <w:pPr>
        <w:pStyle w:val="Titolo1"/>
      </w:pPr>
      <w:r w:rsidRPr="004A6636">
        <w:t>8 Quadro economico indicativo</w:t>
      </w:r>
    </w:p>
    <w:p w14:paraId="3A1CF368" w14:textId="77777777" w:rsidR="006A518C" w:rsidRPr="004A6636" w:rsidRDefault="00000000" w:rsidP="004A6636">
      <w:pPr>
        <w:jc w:val="both"/>
      </w:pPr>
      <w:r w:rsidRPr="004A6636">
        <w:t>Indicare, ove possibile, una stima dei costi riferiti alle tre macroaree del presente Avviso. Gli importi definitivi sono determinati dall’ATS nel progetto personalizzato, nei limiti delle risorse disponibili. La stessa spesa non può essere imputata a più macroaree.</w:t>
      </w:r>
    </w:p>
    <w:tbl>
      <w:tblPr>
        <w:tblW w:w="0" w:type="auto"/>
        <w:jc w:val="center"/>
        <w:tblLayout w:type="fixed"/>
        <w:tblLook w:val="04A0" w:firstRow="1" w:lastRow="0" w:firstColumn="1" w:lastColumn="0" w:noHBand="0" w:noVBand="1"/>
      </w:tblPr>
      <w:tblGrid>
        <w:gridCol w:w="3855"/>
        <w:gridCol w:w="1757"/>
        <w:gridCol w:w="2098"/>
        <w:gridCol w:w="2154"/>
      </w:tblGrid>
      <w:tr w:rsidR="006A518C" w:rsidRPr="004A6636" w14:paraId="19498C70" w14:textId="77777777">
        <w:trPr>
          <w:cantSplit/>
          <w:tblHeader/>
          <w:jc w:val="center"/>
        </w:trPr>
        <w:tc>
          <w:tcPr>
            <w:tcW w:w="3855"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03B2AC82" w14:textId="77777777" w:rsidR="006A518C" w:rsidRPr="004A6636" w:rsidRDefault="00000000">
            <w:pPr>
              <w:spacing w:after="0" w:line="252" w:lineRule="auto"/>
            </w:pPr>
            <w:r w:rsidRPr="004A6636">
              <w:rPr>
                <w:b/>
                <w:sz w:val="19"/>
              </w:rPr>
              <w:t>Macroarea / voce di spesa</w:t>
            </w:r>
          </w:p>
        </w:tc>
        <w:tc>
          <w:tcPr>
            <w:tcW w:w="1757"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7890B4E4" w14:textId="77777777" w:rsidR="006A518C" w:rsidRPr="004A6636" w:rsidRDefault="00000000">
            <w:pPr>
              <w:spacing w:after="0" w:line="252" w:lineRule="auto"/>
              <w:jc w:val="center"/>
            </w:pPr>
            <w:r w:rsidRPr="004A6636">
              <w:rPr>
                <w:b/>
                <w:sz w:val="19"/>
              </w:rPr>
              <w:t>Quantità / durata</w:t>
            </w:r>
          </w:p>
        </w:tc>
        <w:tc>
          <w:tcPr>
            <w:tcW w:w="2098"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62787B79" w14:textId="77777777" w:rsidR="006A518C" w:rsidRPr="004A6636" w:rsidRDefault="00000000">
            <w:pPr>
              <w:spacing w:after="0" w:line="252" w:lineRule="auto"/>
              <w:jc w:val="center"/>
            </w:pPr>
            <w:r w:rsidRPr="004A6636">
              <w:rPr>
                <w:b/>
                <w:sz w:val="19"/>
              </w:rPr>
              <w:t>Costo unitario (€)</w:t>
            </w:r>
          </w:p>
        </w:tc>
        <w:tc>
          <w:tcPr>
            <w:tcW w:w="2154"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4325B97B" w14:textId="77777777" w:rsidR="006A518C" w:rsidRPr="004A6636" w:rsidRDefault="00000000">
            <w:pPr>
              <w:spacing w:after="0" w:line="252" w:lineRule="auto"/>
              <w:jc w:val="center"/>
            </w:pPr>
            <w:r w:rsidRPr="004A6636">
              <w:rPr>
                <w:b/>
                <w:sz w:val="19"/>
              </w:rPr>
              <w:t>Totale stimato (€)</w:t>
            </w:r>
          </w:p>
        </w:tc>
      </w:tr>
      <w:tr w:rsidR="006A518C" w:rsidRPr="004A6636" w14:paraId="5D28744F" w14:textId="77777777">
        <w:trPr>
          <w:cantSplit/>
          <w:trHeight w:val="510"/>
          <w:jc w:val="center"/>
        </w:trPr>
        <w:tc>
          <w:tcPr>
            <w:tcW w:w="3855"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59D559E" w14:textId="77777777" w:rsidR="006A518C" w:rsidRPr="004A6636" w:rsidRDefault="006A518C">
            <w:pPr>
              <w:spacing w:after="0" w:line="252" w:lineRule="auto"/>
            </w:pPr>
          </w:p>
        </w:tc>
        <w:tc>
          <w:tcPr>
            <w:tcW w:w="175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6FEA5953" w14:textId="77777777" w:rsidR="006A518C" w:rsidRPr="004A6636" w:rsidRDefault="006A518C">
            <w:pPr>
              <w:spacing w:after="0" w:line="252" w:lineRule="auto"/>
              <w:jc w:val="center"/>
            </w:pPr>
          </w:p>
        </w:tc>
        <w:tc>
          <w:tcPr>
            <w:tcW w:w="209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C71B792" w14:textId="77777777" w:rsidR="006A518C" w:rsidRPr="004A6636" w:rsidRDefault="006A518C">
            <w:pPr>
              <w:spacing w:after="0" w:line="252" w:lineRule="auto"/>
              <w:jc w:val="center"/>
            </w:pPr>
          </w:p>
        </w:tc>
        <w:tc>
          <w:tcPr>
            <w:tcW w:w="215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19C1D9B" w14:textId="77777777" w:rsidR="006A518C" w:rsidRPr="004A6636" w:rsidRDefault="006A518C">
            <w:pPr>
              <w:spacing w:after="0" w:line="252" w:lineRule="auto"/>
              <w:jc w:val="center"/>
            </w:pPr>
          </w:p>
        </w:tc>
      </w:tr>
      <w:tr w:rsidR="006A518C" w:rsidRPr="004A6636" w14:paraId="2A5F4217" w14:textId="77777777">
        <w:trPr>
          <w:cantSplit/>
          <w:trHeight w:val="510"/>
          <w:jc w:val="center"/>
        </w:trPr>
        <w:tc>
          <w:tcPr>
            <w:tcW w:w="3855"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7402F2F5" w14:textId="77777777" w:rsidR="006A518C" w:rsidRPr="004A6636" w:rsidRDefault="006A518C">
            <w:pPr>
              <w:spacing w:after="0" w:line="252" w:lineRule="auto"/>
            </w:pPr>
          </w:p>
        </w:tc>
        <w:tc>
          <w:tcPr>
            <w:tcW w:w="175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02F9AC4" w14:textId="77777777" w:rsidR="006A518C" w:rsidRPr="004A6636" w:rsidRDefault="006A518C">
            <w:pPr>
              <w:spacing w:after="0" w:line="252" w:lineRule="auto"/>
              <w:jc w:val="center"/>
            </w:pPr>
          </w:p>
        </w:tc>
        <w:tc>
          <w:tcPr>
            <w:tcW w:w="209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D510B20" w14:textId="77777777" w:rsidR="006A518C" w:rsidRPr="004A6636" w:rsidRDefault="006A518C">
            <w:pPr>
              <w:spacing w:after="0" w:line="252" w:lineRule="auto"/>
              <w:jc w:val="center"/>
            </w:pPr>
          </w:p>
        </w:tc>
        <w:tc>
          <w:tcPr>
            <w:tcW w:w="215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19248DC3" w14:textId="77777777" w:rsidR="006A518C" w:rsidRPr="004A6636" w:rsidRDefault="006A518C">
            <w:pPr>
              <w:spacing w:after="0" w:line="252" w:lineRule="auto"/>
              <w:jc w:val="center"/>
            </w:pPr>
          </w:p>
        </w:tc>
      </w:tr>
      <w:tr w:rsidR="006A518C" w:rsidRPr="004A6636" w14:paraId="7E4B5923" w14:textId="77777777">
        <w:trPr>
          <w:cantSplit/>
          <w:trHeight w:val="510"/>
          <w:jc w:val="center"/>
        </w:trPr>
        <w:tc>
          <w:tcPr>
            <w:tcW w:w="3855"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3773470" w14:textId="77777777" w:rsidR="006A518C" w:rsidRPr="004A6636" w:rsidRDefault="006A518C">
            <w:pPr>
              <w:spacing w:after="0" w:line="252" w:lineRule="auto"/>
            </w:pPr>
          </w:p>
        </w:tc>
        <w:tc>
          <w:tcPr>
            <w:tcW w:w="175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F237C7D" w14:textId="77777777" w:rsidR="006A518C" w:rsidRPr="004A6636" w:rsidRDefault="006A518C">
            <w:pPr>
              <w:spacing w:after="0" w:line="252" w:lineRule="auto"/>
              <w:jc w:val="center"/>
            </w:pPr>
          </w:p>
        </w:tc>
        <w:tc>
          <w:tcPr>
            <w:tcW w:w="209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7F6B8C0A" w14:textId="77777777" w:rsidR="006A518C" w:rsidRPr="004A6636" w:rsidRDefault="006A518C">
            <w:pPr>
              <w:spacing w:after="0" w:line="252" w:lineRule="auto"/>
              <w:jc w:val="center"/>
            </w:pPr>
          </w:p>
        </w:tc>
        <w:tc>
          <w:tcPr>
            <w:tcW w:w="215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5BE86A85" w14:textId="77777777" w:rsidR="006A518C" w:rsidRPr="004A6636" w:rsidRDefault="006A518C">
            <w:pPr>
              <w:spacing w:after="0" w:line="252" w:lineRule="auto"/>
              <w:jc w:val="center"/>
            </w:pPr>
          </w:p>
        </w:tc>
      </w:tr>
      <w:tr w:rsidR="006A518C" w:rsidRPr="004A6636" w14:paraId="3931E1BB" w14:textId="77777777">
        <w:trPr>
          <w:cantSplit/>
          <w:trHeight w:val="510"/>
          <w:jc w:val="center"/>
        </w:trPr>
        <w:tc>
          <w:tcPr>
            <w:tcW w:w="3855"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BA79857" w14:textId="77777777" w:rsidR="006A518C" w:rsidRPr="004A6636" w:rsidRDefault="006A518C">
            <w:pPr>
              <w:spacing w:after="0" w:line="252" w:lineRule="auto"/>
            </w:pPr>
          </w:p>
        </w:tc>
        <w:tc>
          <w:tcPr>
            <w:tcW w:w="175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578C0890" w14:textId="77777777" w:rsidR="006A518C" w:rsidRPr="004A6636" w:rsidRDefault="006A518C">
            <w:pPr>
              <w:spacing w:after="0" w:line="252" w:lineRule="auto"/>
              <w:jc w:val="center"/>
            </w:pPr>
          </w:p>
        </w:tc>
        <w:tc>
          <w:tcPr>
            <w:tcW w:w="209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23156AD" w14:textId="77777777" w:rsidR="006A518C" w:rsidRPr="004A6636" w:rsidRDefault="006A518C">
            <w:pPr>
              <w:spacing w:after="0" w:line="252" w:lineRule="auto"/>
              <w:jc w:val="center"/>
            </w:pPr>
          </w:p>
        </w:tc>
        <w:tc>
          <w:tcPr>
            <w:tcW w:w="215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9D706F0" w14:textId="77777777" w:rsidR="006A518C" w:rsidRPr="004A6636" w:rsidRDefault="006A518C">
            <w:pPr>
              <w:spacing w:after="0" w:line="252" w:lineRule="auto"/>
              <w:jc w:val="center"/>
            </w:pPr>
          </w:p>
        </w:tc>
      </w:tr>
      <w:tr w:rsidR="006A518C" w:rsidRPr="004A6636" w14:paraId="11800212" w14:textId="77777777">
        <w:trPr>
          <w:cantSplit/>
          <w:trHeight w:val="510"/>
          <w:jc w:val="center"/>
        </w:trPr>
        <w:tc>
          <w:tcPr>
            <w:tcW w:w="3855"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49AD93C8" w14:textId="77777777" w:rsidR="006A518C" w:rsidRPr="004A6636" w:rsidRDefault="006A518C">
            <w:pPr>
              <w:spacing w:after="0" w:line="252" w:lineRule="auto"/>
            </w:pPr>
          </w:p>
        </w:tc>
        <w:tc>
          <w:tcPr>
            <w:tcW w:w="175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30B391F" w14:textId="77777777" w:rsidR="006A518C" w:rsidRPr="004A6636" w:rsidRDefault="006A518C">
            <w:pPr>
              <w:spacing w:after="0" w:line="252" w:lineRule="auto"/>
              <w:jc w:val="center"/>
            </w:pPr>
          </w:p>
        </w:tc>
        <w:tc>
          <w:tcPr>
            <w:tcW w:w="209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09B2F76" w14:textId="77777777" w:rsidR="006A518C" w:rsidRPr="004A6636" w:rsidRDefault="006A518C">
            <w:pPr>
              <w:spacing w:after="0" w:line="252" w:lineRule="auto"/>
              <w:jc w:val="center"/>
            </w:pPr>
          </w:p>
        </w:tc>
        <w:tc>
          <w:tcPr>
            <w:tcW w:w="215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5C786322" w14:textId="77777777" w:rsidR="006A518C" w:rsidRPr="004A6636" w:rsidRDefault="006A518C">
            <w:pPr>
              <w:spacing w:after="0" w:line="252" w:lineRule="auto"/>
              <w:jc w:val="center"/>
            </w:pPr>
          </w:p>
        </w:tc>
      </w:tr>
    </w:tbl>
    <w:p w14:paraId="76DC2EFF" w14:textId="77777777" w:rsidR="006A518C" w:rsidRPr="004A6636" w:rsidRDefault="006A518C">
      <w:pPr>
        <w:spacing w:after="0" w:line="20" w:lineRule="exact"/>
      </w:pPr>
    </w:p>
    <w:p w14:paraId="7803F142" w14:textId="77777777" w:rsidR="006A518C" w:rsidRPr="004A6636" w:rsidRDefault="00000000">
      <w:pPr>
        <w:pStyle w:val="Titolo1"/>
      </w:pPr>
      <w:r w:rsidRPr="004A6636">
        <w:t>9 Risultati attesi e indicatori di autonomia</w:t>
      </w:r>
    </w:p>
    <w:p w14:paraId="4A4B5E4C" w14:textId="77777777" w:rsidR="006A518C" w:rsidRPr="004A6636" w:rsidRDefault="00000000">
      <w:r w:rsidRPr="004A6636">
        <w:t>Descrivere i cambiamenti attesi e gli elementi attraverso i quali verificare il miglioramento dell’autonomia e della partecipazione.</w:t>
      </w:r>
    </w:p>
    <w:p w14:paraId="486D640C" w14:textId="77777777" w:rsidR="006A518C" w:rsidRPr="004A6636" w:rsidRDefault="00000000" w:rsidP="004A6636">
      <w:pPr>
        <w:keepLines/>
        <w:spacing w:after="40" w:line="480" w:lineRule="auto"/>
      </w:pPr>
      <w:r w:rsidRPr="004A6636">
        <w:t>________________________________________________________________________________</w:t>
      </w:r>
    </w:p>
    <w:p w14:paraId="27A4036B" w14:textId="77777777" w:rsidR="006A518C" w:rsidRPr="004A6636" w:rsidRDefault="00000000" w:rsidP="004A6636">
      <w:pPr>
        <w:keepLines/>
        <w:spacing w:after="40" w:line="480" w:lineRule="auto"/>
      </w:pPr>
      <w:r w:rsidRPr="004A6636">
        <w:t>________________________________________________________________________________</w:t>
      </w:r>
    </w:p>
    <w:p w14:paraId="5A23D84A" w14:textId="77777777" w:rsidR="006A518C" w:rsidRPr="004A6636" w:rsidRDefault="00000000" w:rsidP="004A6636">
      <w:pPr>
        <w:keepLines/>
        <w:spacing w:after="40" w:line="480" w:lineRule="auto"/>
      </w:pPr>
      <w:r w:rsidRPr="004A6636">
        <w:t>________________________________________________________________________________</w:t>
      </w:r>
    </w:p>
    <w:p w14:paraId="2C2D8678" w14:textId="77777777" w:rsidR="006A518C" w:rsidRPr="004A6636" w:rsidRDefault="00000000" w:rsidP="004A6636">
      <w:pPr>
        <w:keepLines/>
        <w:spacing w:after="40" w:line="480" w:lineRule="auto"/>
      </w:pPr>
      <w:r w:rsidRPr="004A6636">
        <w:t>________________________________________________________________________________</w:t>
      </w:r>
    </w:p>
    <w:p w14:paraId="698C7F89" w14:textId="77777777" w:rsidR="006A518C" w:rsidRPr="004A6636" w:rsidRDefault="00000000">
      <w:pPr>
        <w:pStyle w:val="Titolo1"/>
      </w:pPr>
      <w:r w:rsidRPr="004A6636">
        <w:lastRenderedPageBreak/>
        <w:t>10 Sostenibilità e continuità del percorso</w:t>
      </w:r>
    </w:p>
    <w:p w14:paraId="4E0591B8" w14:textId="77777777" w:rsidR="006A518C" w:rsidRPr="004A6636" w:rsidRDefault="00000000">
      <w:r w:rsidRPr="004A6636">
        <w:t>Indicare risorse personali, familiari, territoriali e di servizio attivabili, elementi che favoriscono la continuità del percorso e sostegni da sviluppare.</w:t>
      </w:r>
    </w:p>
    <w:p w14:paraId="46B42FB6" w14:textId="77777777" w:rsidR="006A518C" w:rsidRPr="004A6636" w:rsidRDefault="00000000" w:rsidP="004A6636">
      <w:pPr>
        <w:keepLines/>
        <w:spacing w:after="40" w:line="480" w:lineRule="auto"/>
      </w:pPr>
      <w:r w:rsidRPr="004A6636">
        <w:t>________________________________________________________________________________</w:t>
      </w:r>
    </w:p>
    <w:p w14:paraId="09973A3A" w14:textId="77777777" w:rsidR="006A518C" w:rsidRPr="004A6636" w:rsidRDefault="00000000" w:rsidP="004A6636">
      <w:pPr>
        <w:keepLines/>
        <w:spacing w:after="40" w:line="480" w:lineRule="auto"/>
      </w:pPr>
      <w:r w:rsidRPr="004A6636">
        <w:t>________________________________________________________________________________</w:t>
      </w:r>
    </w:p>
    <w:p w14:paraId="09A18623" w14:textId="77777777" w:rsidR="006A518C" w:rsidRPr="004A6636" w:rsidRDefault="00000000" w:rsidP="004A6636">
      <w:pPr>
        <w:keepLines/>
        <w:spacing w:after="40" w:line="480" w:lineRule="auto"/>
      </w:pPr>
      <w:r w:rsidRPr="004A6636">
        <w:t>________________________________________________________________________________</w:t>
      </w:r>
    </w:p>
    <w:p w14:paraId="61CA060D" w14:textId="20AF17FC" w:rsidR="006A518C" w:rsidRPr="004A6636" w:rsidRDefault="00000000" w:rsidP="004A6636">
      <w:pPr>
        <w:keepLines/>
        <w:spacing w:after="40" w:line="480" w:lineRule="auto"/>
      </w:pPr>
      <w:r w:rsidRPr="004A6636">
        <w:t>________________________________________________________________________________</w:t>
      </w:r>
      <w:r w:rsidR="004A6636">
        <w:tab/>
      </w:r>
    </w:p>
    <w:p w14:paraId="1E571683" w14:textId="56429B20" w:rsidR="006A518C" w:rsidRPr="004A6636" w:rsidRDefault="004A6636">
      <w:pPr>
        <w:pStyle w:val="Titolo1"/>
      </w:pPr>
      <w:r>
        <w:t>1</w:t>
      </w:r>
      <w:r w:rsidRPr="004A6636">
        <w:t>1 Eventuali criticità e rischi</w:t>
      </w:r>
    </w:p>
    <w:p w14:paraId="0E0767C0" w14:textId="77777777" w:rsidR="006A518C" w:rsidRPr="004A6636" w:rsidRDefault="00000000">
      <w:r w:rsidRPr="004A6636">
        <w:t>Indicare condizioni di isolamento, rischio di istituzionalizzazione, barriere ambientali o altre criticità che rendono prioritario l’intervento.</w:t>
      </w:r>
    </w:p>
    <w:p w14:paraId="4D23E127" w14:textId="77777777" w:rsidR="006A518C" w:rsidRPr="004A6636" w:rsidRDefault="00000000">
      <w:pPr>
        <w:keepLines/>
        <w:spacing w:after="40" w:line="240" w:lineRule="auto"/>
      </w:pPr>
      <w:r w:rsidRPr="004A6636">
        <w:t>________________________________________________________________________________</w:t>
      </w:r>
    </w:p>
    <w:p w14:paraId="74817C0B" w14:textId="77777777" w:rsidR="006A518C" w:rsidRPr="004A6636" w:rsidRDefault="00000000">
      <w:pPr>
        <w:keepLines/>
        <w:spacing w:after="40" w:line="240" w:lineRule="auto"/>
      </w:pPr>
      <w:r w:rsidRPr="004A6636">
        <w:t>________________________________________________________________________________</w:t>
      </w:r>
    </w:p>
    <w:p w14:paraId="26809AE6" w14:textId="77777777" w:rsidR="006A518C" w:rsidRPr="004A6636" w:rsidRDefault="00000000">
      <w:pPr>
        <w:keepLines/>
        <w:spacing w:after="40" w:line="240" w:lineRule="auto"/>
      </w:pPr>
      <w:r w:rsidRPr="004A6636">
        <w:t>________________________________________________________________________________</w:t>
      </w:r>
    </w:p>
    <w:p w14:paraId="2EC3286C" w14:textId="77777777" w:rsidR="006A518C" w:rsidRPr="004A6636" w:rsidRDefault="00000000">
      <w:pPr>
        <w:keepLines/>
        <w:spacing w:after="40" w:line="240" w:lineRule="auto"/>
      </w:pPr>
      <w:r w:rsidRPr="004A6636">
        <w:t>________________________________________________________________________________</w:t>
      </w:r>
    </w:p>
    <w:p w14:paraId="0FF279EC" w14:textId="77777777" w:rsidR="006A518C" w:rsidRPr="004A6636" w:rsidRDefault="00000000">
      <w:pPr>
        <w:keepLines/>
        <w:spacing w:after="40" w:line="240" w:lineRule="auto"/>
      </w:pPr>
      <w:r w:rsidRPr="004A6636">
        <w:t>________________________________________________________________________________</w:t>
      </w:r>
    </w:p>
    <w:p w14:paraId="643C1F89" w14:textId="77777777" w:rsidR="006A518C" w:rsidRPr="004A6636" w:rsidRDefault="00000000">
      <w:pPr>
        <w:pStyle w:val="Titolo1"/>
      </w:pPr>
      <w:r w:rsidRPr="004A6636">
        <w:t>12 Ulteriori elementi utili alla valutazione</w:t>
      </w:r>
    </w:p>
    <w:p w14:paraId="7192AB93" w14:textId="77777777" w:rsidR="006A518C" w:rsidRPr="004A6636" w:rsidRDefault="00000000">
      <w:pPr>
        <w:keepLines/>
        <w:spacing w:after="40" w:line="240" w:lineRule="auto"/>
      </w:pPr>
      <w:r w:rsidRPr="004A6636">
        <w:t>________________________________________________________________________________</w:t>
      </w:r>
    </w:p>
    <w:p w14:paraId="22CD1A52" w14:textId="77777777" w:rsidR="006A518C" w:rsidRPr="004A6636" w:rsidRDefault="00000000">
      <w:pPr>
        <w:keepLines/>
        <w:spacing w:after="40" w:line="240" w:lineRule="auto"/>
      </w:pPr>
      <w:r w:rsidRPr="004A6636">
        <w:t>________________________________________________________________________________</w:t>
      </w:r>
    </w:p>
    <w:p w14:paraId="31776F44" w14:textId="77777777" w:rsidR="006A518C" w:rsidRPr="004A6636" w:rsidRDefault="00000000">
      <w:pPr>
        <w:keepLines/>
        <w:spacing w:after="40" w:line="240" w:lineRule="auto"/>
      </w:pPr>
      <w:r w:rsidRPr="004A6636">
        <w:t>________________________________________________________________________________</w:t>
      </w:r>
    </w:p>
    <w:p w14:paraId="4DF45560" w14:textId="77777777" w:rsidR="006A518C" w:rsidRPr="004A6636" w:rsidRDefault="00000000">
      <w:pPr>
        <w:keepLines/>
        <w:spacing w:after="40" w:line="240" w:lineRule="auto"/>
      </w:pPr>
      <w:r w:rsidRPr="004A6636">
        <w:t>________________________________________________________________________________</w:t>
      </w:r>
    </w:p>
    <w:p w14:paraId="317C1D44" w14:textId="77777777" w:rsidR="006A518C" w:rsidRPr="004A6636" w:rsidRDefault="00000000">
      <w:pPr>
        <w:keepLines/>
        <w:spacing w:after="40" w:line="240" w:lineRule="auto"/>
      </w:pPr>
      <w:r w:rsidRPr="004A6636">
        <w:t>________________________________________________________________________________</w:t>
      </w:r>
    </w:p>
    <w:p w14:paraId="017B87EF" w14:textId="77777777" w:rsidR="006A518C" w:rsidRPr="004A6636" w:rsidRDefault="00000000">
      <w:pPr>
        <w:pStyle w:val="Titolo1"/>
      </w:pPr>
      <w:r w:rsidRPr="004A6636">
        <w:t>13 Dichiarazione del beneficiario o del soggetto legittimato</w:t>
      </w:r>
    </w:p>
    <w:p w14:paraId="7B1A8136" w14:textId="77777777" w:rsidR="006A518C" w:rsidRPr="004A6636" w:rsidRDefault="00000000" w:rsidP="004A6636">
      <w:pPr>
        <w:spacing w:after="280"/>
        <w:jc w:val="both"/>
      </w:pPr>
      <w:r w:rsidRPr="004A6636">
        <w:t>Il/La sottoscritto/a, in qualità di beneficiario oppure di soggetto legittimato alla sua rappresentanza, dichiara che la presente proposta descrive i bisogni, le aspirazioni e gli obiettivi della persona beneficiaria e si impegna a collaborare alla valutazione multidimensionale e alla successiva costruzione condivisa del progetto personalizzato, assicurando la partecipazione del beneficiario mediante le forme di sostegno necessarie.</w:t>
      </w:r>
    </w:p>
    <w:p w14:paraId="42DBE6F6" w14:textId="77777777" w:rsidR="006A518C" w:rsidRPr="004A6636" w:rsidRDefault="00000000">
      <w:pPr>
        <w:spacing w:after="180"/>
      </w:pPr>
      <w:r w:rsidRPr="004A6636">
        <w:t>Luogo e data _______________________________</w:t>
      </w:r>
    </w:p>
    <w:p w14:paraId="1B52E44F" w14:textId="77777777" w:rsidR="004A6636" w:rsidRDefault="004A6636">
      <w:pPr>
        <w:spacing w:after="60"/>
      </w:pPr>
    </w:p>
    <w:p w14:paraId="5CD0F444" w14:textId="77777777" w:rsidR="004A6636" w:rsidRDefault="004A6636">
      <w:pPr>
        <w:spacing w:after="60"/>
      </w:pPr>
    </w:p>
    <w:p w14:paraId="0938316E" w14:textId="560D71BB" w:rsidR="006A518C" w:rsidRPr="004A6636" w:rsidRDefault="00000000" w:rsidP="004A6636">
      <w:pPr>
        <w:spacing w:after="60"/>
        <w:jc w:val="center"/>
      </w:pPr>
      <w:r w:rsidRPr="004A6636">
        <w:t>Firma del beneficiario / soggetto legittimato</w:t>
      </w:r>
    </w:p>
    <w:p w14:paraId="4BCCF611" w14:textId="77777777" w:rsidR="006A518C" w:rsidRPr="004A6636" w:rsidRDefault="00000000" w:rsidP="004A6636">
      <w:pPr>
        <w:spacing w:after="60"/>
        <w:jc w:val="center"/>
      </w:pPr>
      <w:r w:rsidRPr="004A6636">
        <w:t>____________________________________________________________</w:t>
      </w:r>
    </w:p>
    <w:p w14:paraId="1108D15B" w14:textId="77777777" w:rsidR="006A518C" w:rsidRPr="004A6636" w:rsidRDefault="00000000">
      <w:r w:rsidRPr="004A6636">
        <w:br w:type="page"/>
      </w:r>
    </w:p>
    <w:p w14:paraId="1A54481C" w14:textId="77777777" w:rsidR="006A518C" w:rsidRPr="004A6636" w:rsidRDefault="00000000">
      <w:pPr>
        <w:pStyle w:val="Titolo1"/>
      </w:pPr>
      <w:r w:rsidRPr="004A6636">
        <w:lastRenderedPageBreak/>
        <w:t>Sezione riservata all’équipe multiprofessionale</w:t>
      </w:r>
    </w:p>
    <w:p w14:paraId="2E5F088E" w14:textId="77777777" w:rsidR="006A518C" w:rsidRPr="004A6636" w:rsidRDefault="00000000">
      <w:r w:rsidRPr="004A6636">
        <w:t>La sezione è compilata secondo i criteri e le modalità dell’art. 12 dell’Avviso. Le valutazioni individuali e le motivazioni sono riportate nel verbale dell’équipe.</w:t>
      </w:r>
    </w:p>
    <w:p w14:paraId="0ED7F3C6" w14:textId="77777777" w:rsidR="006A518C" w:rsidRPr="004A6636" w:rsidRDefault="00000000">
      <w:r w:rsidRPr="004A6636">
        <w:t>Beneficiario: ______________________________________________________________</w:t>
      </w:r>
    </w:p>
    <w:p w14:paraId="0DAFB1A6" w14:textId="77777777" w:rsidR="006A518C" w:rsidRPr="004A6636" w:rsidRDefault="00000000">
      <w:r w:rsidRPr="004A6636">
        <w:t xml:space="preserve">Macroarea/e valutata/e: ☐ Assistente </w:t>
      </w:r>
      <w:proofErr w:type="gramStart"/>
      <w:r w:rsidRPr="004A6636">
        <w:t>personale  ☐</w:t>
      </w:r>
      <w:proofErr w:type="gramEnd"/>
      <w:r w:rsidRPr="004A6636">
        <w:t xml:space="preserve"> Domotica</w:t>
      </w:r>
      <w:r w:rsidRPr="004A6636">
        <w:br/>
        <w:t>☐ Abitare in autonomia - Housing / Co-housing</w:t>
      </w:r>
    </w:p>
    <w:p w14:paraId="283EE20E" w14:textId="77777777" w:rsidR="006A518C" w:rsidRPr="004A6636" w:rsidRDefault="00000000">
      <w:pPr>
        <w:pStyle w:val="Titolo1"/>
      </w:pPr>
      <w:r w:rsidRPr="004A6636">
        <w:t>A Bisogno di sostegno e utilità del percorso individuale</w:t>
      </w:r>
    </w:p>
    <w:tbl>
      <w:tblPr>
        <w:tblW w:w="0" w:type="auto"/>
        <w:jc w:val="center"/>
        <w:tblLayout w:type="fixed"/>
        <w:tblLook w:val="04A0" w:firstRow="1" w:lastRow="0" w:firstColumn="1" w:lastColumn="0" w:noHBand="0" w:noVBand="1"/>
      </w:tblPr>
      <w:tblGrid>
        <w:gridCol w:w="6350"/>
        <w:gridCol w:w="1247"/>
        <w:gridCol w:w="2268"/>
      </w:tblGrid>
      <w:tr w:rsidR="006A518C" w:rsidRPr="004A6636" w14:paraId="75C89740" w14:textId="77777777">
        <w:trPr>
          <w:cantSplit/>
          <w:tblHeader/>
          <w:jc w:val="center"/>
        </w:trPr>
        <w:tc>
          <w:tcPr>
            <w:tcW w:w="6350"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0F730822" w14:textId="77777777" w:rsidR="006A518C" w:rsidRPr="004A6636" w:rsidRDefault="00000000">
            <w:pPr>
              <w:spacing w:after="0" w:line="252" w:lineRule="auto"/>
            </w:pPr>
            <w:proofErr w:type="spellStart"/>
            <w:r w:rsidRPr="004A6636">
              <w:rPr>
                <w:b/>
                <w:sz w:val="19"/>
              </w:rPr>
              <w:t>Sottocriterio</w:t>
            </w:r>
            <w:proofErr w:type="spellEnd"/>
          </w:p>
        </w:tc>
        <w:tc>
          <w:tcPr>
            <w:tcW w:w="1247"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4B0BBA0C" w14:textId="77777777" w:rsidR="006A518C" w:rsidRPr="004A6636" w:rsidRDefault="00000000">
            <w:pPr>
              <w:spacing w:after="0" w:line="252" w:lineRule="auto"/>
              <w:jc w:val="center"/>
            </w:pPr>
            <w:r w:rsidRPr="004A6636">
              <w:rPr>
                <w:b/>
                <w:sz w:val="19"/>
              </w:rPr>
              <w:t>Massimo</w:t>
            </w:r>
          </w:p>
        </w:tc>
        <w:tc>
          <w:tcPr>
            <w:tcW w:w="2268"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1BED32F5" w14:textId="77777777" w:rsidR="006A518C" w:rsidRPr="004A6636" w:rsidRDefault="00000000">
            <w:pPr>
              <w:spacing w:after="0" w:line="252" w:lineRule="auto"/>
              <w:jc w:val="center"/>
            </w:pPr>
            <w:r w:rsidRPr="004A6636">
              <w:rPr>
                <w:b/>
                <w:sz w:val="19"/>
              </w:rPr>
              <w:t>Punteggio attribuito</w:t>
            </w:r>
          </w:p>
        </w:tc>
      </w:tr>
      <w:tr w:rsidR="006A518C" w:rsidRPr="004A6636" w14:paraId="35388EA9" w14:textId="77777777">
        <w:trPr>
          <w:cantSplit/>
          <w:jc w:val="center"/>
        </w:trPr>
        <w:tc>
          <w:tcPr>
            <w:tcW w:w="6350"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B5F5F92" w14:textId="77777777" w:rsidR="006A518C" w:rsidRPr="004A6636" w:rsidRDefault="00000000">
            <w:pPr>
              <w:spacing w:after="0" w:line="252" w:lineRule="auto"/>
            </w:pPr>
            <w:r w:rsidRPr="004A6636">
              <w:rPr>
                <w:sz w:val="19"/>
              </w:rPr>
              <w:t>A.1 - Bisogno di sostegno all’autonomia</w:t>
            </w:r>
          </w:p>
        </w:tc>
        <w:tc>
          <w:tcPr>
            <w:tcW w:w="124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4E23E7B" w14:textId="77777777" w:rsidR="006A518C" w:rsidRPr="004A6636" w:rsidRDefault="00000000">
            <w:pPr>
              <w:spacing w:after="0" w:line="252" w:lineRule="auto"/>
              <w:jc w:val="center"/>
            </w:pPr>
            <w:r w:rsidRPr="004A6636">
              <w:rPr>
                <w:sz w:val="19"/>
              </w:rPr>
              <w:t>5</w:t>
            </w:r>
          </w:p>
        </w:tc>
        <w:tc>
          <w:tcPr>
            <w:tcW w:w="226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7683B15F" w14:textId="77777777" w:rsidR="006A518C" w:rsidRPr="004A6636" w:rsidRDefault="006A518C">
            <w:pPr>
              <w:spacing w:after="0" w:line="252" w:lineRule="auto"/>
              <w:jc w:val="center"/>
            </w:pPr>
          </w:p>
        </w:tc>
      </w:tr>
      <w:tr w:rsidR="006A518C" w:rsidRPr="004A6636" w14:paraId="460934A8" w14:textId="77777777">
        <w:trPr>
          <w:cantSplit/>
          <w:jc w:val="center"/>
        </w:trPr>
        <w:tc>
          <w:tcPr>
            <w:tcW w:w="6350"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55C5BAB1" w14:textId="77777777" w:rsidR="006A518C" w:rsidRPr="004A6636" w:rsidRDefault="00000000">
            <w:pPr>
              <w:spacing w:after="0" w:line="252" w:lineRule="auto"/>
            </w:pPr>
            <w:r w:rsidRPr="004A6636">
              <w:rPr>
                <w:sz w:val="19"/>
              </w:rPr>
              <w:t>A.2 - Condizione abitativa e ambientale</w:t>
            </w:r>
          </w:p>
        </w:tc>
        <w:tc>
          <w:tcPr>
            <w:tcW w:w="124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1D97F537" w14:textId="77777777" w:rsidR="006A518C" w:rsidRPr="004A6636" w:rsidRDefault="00000000">
            <w:pPr>
              <w:spacing w:after="0" w:line="252" w:lineRule="auto"/>
              <w:jc w:val="center"/>
            </w:pPr>
            <w:r w:rsidRPr="004A6636">
              <w:rPr>
                <w:sz w:val="19"/>
              </w:rPr>
              <w:t>5</w:t>
            </w:r>
          </w:p>
        </w:tc>
        <w:tc>
          <w:tcPr>
            <w:tcW w:w="226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69A6FB72" w14:textId="77777777" w:rsidR="006A518C" w:rsidRPr="004A6636" w:rsidRDefault="006A518C">
            <w:pPr>
              <w:spacing w:after="0" w:line="252" w:lineRule="auto"/>
              <w:jc w:val="center"/>
            </w:pPr>
          </w:p>
        </w:tc>
      </w:tr>
      <w:tr w:rsidR="006A518C" w:rsidRPr="004A6636" w14:paraId="376DB418" w14:textId="77777777">
        <w:trPr>
          <w:cantSplit/>
          <w:jc w:val="center"/>
        </w:trPr>
        <w:tc>
          <w:tcPr>
            <w:tcW w:w="6350"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6A35EE9D" w14:textId="77777777" w:rsidR="006A518C" w:rsidRPr="004A6636" w:rsidRDefault="00000000">
            <w:pPr>
              <w:spacing w:after="0" w:line="252" w:lineRule="auto"/>
            </w:pPr>
            <w:r w:rsidRPr="004A6636">
              <w:rPr>
                <w:sz w:val="19"/>
              </w:rPr>
              <w:t>A.3 - Utilità e appropriatezza del percorso</w:t>
            </w:r>
          </w:p>
        </w:tc>
        <w:tc>
          <w:tcPr>
            <w:tcW w:w="124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20FF838" w14:textId="77777777" w:rsidR="006A518C" w:rsidRPr="004A6636" w:rsidRDefault="00000000">
            <w:pPr>
              <w:spacing w:after="0" w:line="252" w:lineRule="auto"/>
              <w:jc w:val="center"/>
            </w:pPr>
            <w:r w:rsidRPr="004A6636">
              <w:rPr>
                <w:sz w:val="19"/>
              </w:rPr>
              <w:t>5</w:t>
            </w:r>
          </w:p>
        </w:tc>
        <w:tc>
          <w:tcPr>
            <w:tcW w:w="226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9B24780" w14:textId="77777777" w:rsidR="006A518C" w:rsidRPr="004A6636" w:rsidRDefault="006A518C">
            <w:pPr>
              <w:spacing w:after="0" w:line="252" w:lineRule="auto"/>
              <w:jc w:val="center"/>
            </w:pPr>
          </w:p>
        </w:tc>
      </w:tr>
      <w:tr w:rsidR="006A518C" w:rsidRPr="004A6636" w14:paraId="036708DC" w14:textId="77777777">
        <w:trPr>
          <w:cantSplit/>
          <w:jc w:val="center"/>
        </w:trPr>
        <w:tc>
          <w:tcPr>
            <w:tcW w:w="6350"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6A2D836" w14:textId="77777777" w:rsidR="006A518C" w:rsidRPr="004A6636" w:rsidRDefault="00000000">
            <w:pPr>
              <w:spacing w:after="0" w:line="252" w:lineRule="auto"/>
            </w:pPr>
            <w:r w:rsidRPr="004A6636">
              <w:rPr>
                <w:sz w:val="19"/>
              </w:rPr>
              <w:t>Totale criterio A</w:t>
            </w:r>
          </w:p>
        </w:tc>
        <w:tc>
          <w:tcPr>
            <w:tcW w:w="1247"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04D3AC7" w14:textId="77777777" w:rsidR="006A518C" w:rsidRPr="004A6636" w:rsidRDefault="00000000">
            <w:pPr>
              <w:spacing w:after="0" w:line="252" w:lineRule="auto"/>
              <w:jc w:val="center"/>
            </w:pPr>
            <w:r w:rsidRPr="004A6636">
              <w:rPr>
                <w:sz w:val="19"/>
              </w:rPr>
              <w:t>15</w:t>
            </w:r>
          </w:p>
        </w:tc>
        <w:tc>
          <w:tcPr>
            <w:tcW w:w="2268"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1DD4AFC0" w14:textId="77777777" w:rsidR="006A518C" w:rsidRPr="004A6636" w:rsidRDefault="006A518C">
            <w:pPr>
              <w:spacing w:after="0" w:line="252" w:lineRule="auto"/>
              <w:jc w:val="center"/>
            </w:pPr>
          </w:p>
        </w:tc>
      </w:tr>
    </w:tbl>
    <w:p w14:paraId="22CB8490" w14:textId="77777777" w:rsidR="006A518C" w:rsidRPr="004A6636" w:rsidRDefault="006A518C">
      <w:pPr>
        <w:spacing w:after="0" w:line="20" w:lineRule="exact"/>
      </w:pPr>
    </w:p>
    <w:p w14:paraId="74A95B55" w14:textId="77777777" w:rsidR="006A518C" w:rsidRPr="004A6636" w:rsidRDefault="00000000">
      <w:pPr>
        <w:pStyle w:val="Titolo1"/>
      </w:pPr>
      <w:r w:rsidRPr="004A6636">
        <w:t>B Rete familiare e sociale di supporto</w:t>
      </w:r>
    </w:p>
    <w:p w14:paraId="2021AF9C" w14:textId="77777777" w:rsidR="006A518C" w:rsidRPr="004A6636" w:rsidRDefault="00000000">
      <w:r w:rsidRPr="004A6636">
        <w:t>Condizione rilevata: ☐ adeguata (0-3 punti); ☐ parzialmente adeguata (4-7 punti); ☐ assente o gravemente inadeguata (8-10 punti).</w:t>
      </w:r>
    </w:p>
    <w:p w14:paraId="475AC485" w14:textId="77777777" w:rsidR="006A518C" w:rsidRPr="004A6636" w:rsidRDefault="00000000">
      <w:r w:rsidRPr="004A6636">
        <w:t>Punteggio attribuito al criterio B: __________ / 10</w:t>
      </w:r>
    </w:p>
    <w:p w14:paraId="0031FBC9" w14:textId="77777777" w:rsidR="006A518C" w:rsidRPr="004A6636" w:rsidRDefault="00000000">
      <w:r w:rsidRPr="004A6636">
        <w:t>Per A.1, A.2, A.3 e B si riporta la media aritmetica delle valutazioni individuali, arrotondata al secondo decimale, senza arrotondamento all’unità.</w:t>
      </w:r>
    </w:p>
    <w:p w14:paraId="1894FCDA" w14:textId="77777777" w:rsidR="006A518C" w:rsidRPr="004A6636" w:rsidRDefault="00000000">
      <w:pPr>
        <w:pStyle w:val="Titolo1"/>
      </w:pPr>
      <w:r w:rsidRPr="004A6636">
        <w:t>C Condizione economica</w:t>
      </w:r>
    </w:p>
    <w:p w14:paraId="26B4FED5" w14:textId="77777777" w:rsidR="006A518C" w:rsidRPr="004A6636" w:rsidRDefault="00000000">
      <w:r w:rsidRPr="004A6636">
        <w:t>ISEE valido per prestazioni sociosanitarie non residenziali per maggiorenni:</w:t>
      </w:r>
      <w:r w:rsidRPr="004A6636">
        <w:br/>
        <w:t>☐ nucleo ristretto; ☐ nucleo ordinario. Valore: € ____________________</w:t>
      </w:r>
    </w:p>
    <w:tbl>
      <w:tblPr>
        <w:tblW w:w="0" w:type="auto"/>
        <w:jc w:val="center"/>
        <w:tblLayout w:type="fixed"/>
        <w:tblLook w:val="04A0" w:firstRow="1" w:lastRow="0" w:firstColumn="1" w:lastColumn="0" w:noHBand="0" w:noVBand="1"/>
      </w:tblPr>
      <w:tblGrid>
        <w:gridCol w:w="8164"/>
        <w:gridCol w:w="1701"/>
      </w:tblGrid>
      <w:tr w:rsidR="006A518C" w:rsidRPr="004A6636" w14:paraId="7B3F0001" w14:textId="77777777">
        <w:trPr>
          <w:cantSplit/>
          <w:tblHeader/>
          <w:jc w:val="center"/>
        </w:trPr>
        <w:tc>
          <w:tcPr>
            <w:tcW w:w="8164"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08A0E5BD" w14:textId="77777777" w:rsidR="006A518C" w:rsidRPr="004A6636" w:rsidRDefault="00000000">
            <w:pPr>
              <w:spacing w:after="0" w:line="252" w:lineRule="auto"/>
            </w:pPr>
            <w:r w:rsidRPr="004A6636">
              <w:rPr>
                <w:b/>
                <w:sz w:val="18"/>
              </w:rPr>
              <w:t>Fascia ISEE</w:t>
            </w:r>
          </w:p>
        </w:tc>
        <w:tc>
          <w:tcPr>
            <w:tcW w:w="1701" w:type="dxa"/>
            <w:tcBorders>
              <w:top w:val="single" w:sz="5" w:space="0" w:color="D9D9D9"/>
              <w:left w:val="single" w:sz="5" w:space="0" w:color="D9D9D9"/>
              <w:bottom w:val="single" w:sz="5" w:space="0" w:color="D9D9D9"/>
              <w:right w:val="single" w:sz="5" w:space="0" w:color="D9D9D9"/>
            </w:tcBorders>
            <w:shd w:val="clear" w:color="auto" w:fill="E8EEF4"/>
            <w:tcMar>
              <w:top w:w="75" w:type="dxa"/>
              <w:left w:w="75" w:type="dxa"/>
              <w:bottom w:w="75" w:type="dxa"/>
              <w:right w:w="75" w:type="dxa"/>
            </w:tcMar>
            <w:vAlign w:val="center"/>
          </w:tcPr>
          <w:p w14:paraId="1F9A3DBB" w14:textId="77777777" w:rsidR="006A518C" w:rsidRPr="004A6636" w:rsidRDefault="00000000">
            <w:pPr>
              <w:spacing w:after="0" w:line="252" w:lineRule="auto"/>
            </w:pPr>
            <w:r w:rsidRPr="004A6636">
              <w:rPr>
                <w:b/>
                <w:sz w:val="18"/>
              </w:rPr>
              <w:t>Punti</w:t>
            </w:r>
          </w:p>
        </w:tc>
      </w:tr>
      <w:tr w:rsidR="006A518C" w:rsidRPr="004A6636" w14:paraId="7E974F9C" w14:textId="77777777">
        <w:trPr>
          <w:cantSplit/>
          <w:jc w:val="center"/>
        </w:trPr>
        <w:tc>
          <w:tcPr>
            <w:tcW w:w="816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AF014BC" w14:textId="77777777" w:rsidR="006A518C" w:rsidRPr="004A6636" w:rsidRDefault="00000000">
            <w:pPr>
              <w:spacing w:after="0" w:line="252" w:lineRule="auto"/>
            </w:pPr>
            <w:r w:rsidRPr="004A6636">
              <w:rPr>
                <w:sz w:val="18"/>
              </w:rPr>
              <w:t>Da € 0,00 a € 3.000,00</w:t>
            </w:r>
          </w:p>
        </w:tc>
        <w:tc>
          <w:tcPr>
            <w:tcW w:w="1701"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27583934" w14:textId="77777777" w:rsidR="006A518C" w:rsidRPr="004A6636" w:rsidRDefault="00000000">
            <w:pPr>
              <w:spacing w:after="0" w:line="252" w:lineRule="auto"/>
            </w:pPr>
            <w:r w:rsidRPr="004A6636">
              <w:rPr>
                <w:sz w:val="18"/>
              </w:rPr>
              <w:t>5</w:t>
            </w:r>
          </w:p>
        </w:tc>
      </w:tr>
      <w:tr w:rsidR="006A518C" w:rsidRPr="004A6636" w14:paraId="0921A8C1" w14:textId="77777777">
        <w:trPr>
          <w:cantSplit/>
          <w:jc w:val="center"/>
        </w:trPr>
        <w:tc>
          <w:tcPr>
            <w:tcW w:w="816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DD61E11" w14:textId="77777777" w:rsidR="006A518C" w:rsidRPr="004A6636" w:rsidRDefault="00000000">
            <w:pPr>
              <w:spacing w:after="0" w:line="252" w:lineRule="auto"/>
            </w:pPr>
            <w:r w:rsidRPr="004A6636">
              <w:rPr>
                <w:sz w:val="18"/>
              </w:rPr>
              <w:t>Da € 3.000,01 a € 6.000,00</w:t>
            </w:r>
          </w:p>
        </w:tc>
        <w:tc>
          <w:tcPr>
            <w:tcW w:w="1701"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6A4C3888" w14:textId="77777777" w:rsidR="006A518C" w:rsidRPr="004A6636" w:rsidRDefault="00000000">
            <w:pPr>
              <w:spacing w:after="0" w:line="252" w:lineRule="auto"/>
            </w:pPr>
            <w:r w:rsidRPr="004A6636">
              <w:rPr>
                <w:sz w:val="18"/>
              </w:rPr>
              <w:t>4</w:t>
            </w:r>
          </w:p>
        </w:tc>
      </w:tr>
      <w:tr w:rsidR="006A518C" w:rsidRPr="004A6636" w14:paraId="42593E06" w14:textId="77777777">
        <w:trPr>
          <w:cantSplit/>
          <w:jc w:val="center"/>
        </w:trPr>
        <w:tc>
          <w:tcPr>
            <w:tcW w:w="816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6B53A471" w14:textId="77777777" w:rsidR="006A518C" w:rsidRPr="004A6636" w:rsidRDefault="00000000">
            <w:pPr>
              <w:spacing w:after="0" w:line="252" w:lineRule="auto"/>
            </w:pPr>
            <w:r w:rsidRPr="004A6636">
              <w:rPr>
                <w:sz w:val="18"/>
              </w:rPr>
              <w:t>Da € 6.000,01 a € 10.000,00</w:t>
            </w:r>
          </w:p>
        </w:tc>
        <w:tc>
          <w:tcPr>
            <w:tcW w:w="1701"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02D862F7" w14:textId="77777777" w:rsidR="006A518C" w:rsidRPr="004A6636" w:rsidRDefault="00000000">
            <w:pPr>
              <w:spacing w:after="0" w:line="252" w:lineRule="auto"/>
            </w:pPr>
            <w:r w:rsidRPr="004A6636">
              <w:rPr>
                <w:sz w:val="18"/>
              </w:rPr>
              <w:t>3</w:t>
            </w:r>
          </w:p>
        </w:tc>
      </w:tr>
      <w:tr w:rsidR="006A518C" w:rsidRPr="004A6636" w14:paraId="0B2E7E07" w14:textId="77777777">
        <w:trPr>
          <w:cantSplit/>
          <w:jc w:val="center"/>
        </w:trPr>
        <w:tc>
          <w:tcPr>
            <w:tcW w:w="816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74AD5108" w14:textId="77777777" w:rsidR="006A518C" w:rsidRPr="004A6636" w:rsidRDefault="00000000">
            <w:pPr>
              <w:spacing w:after="0" w:line="252" w:lineRule="auto"/>
            </w:pPr>
            <w:r w:rsidRPr="004A6636">
              <w:rPr>
                <w:sz w:val="18"/>
              </w:rPr>
              <w:t>Da € 10.000,01 a € 15.000,00</w:t>
            </w:r>
          </w:p>
        </w:tc>
        <w:tc>
          <w:tcPr>
            <w:tcW w:w="1701"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380AA37B" w14:textId="77777777" w:rsidR="006A518C" w:rsidRPr="004A6636" w:rsidRDefault="00000000">
            <w:pPr>
              <w:spacing w:after="0" w:line="252" w:lineRule="auto"/>
            </w:pPr>
            <w:r w:rsidRPr="004A6636">
              <w:rPr>
                <w:sz w:val="18"/>
              </w:rPr>
              <w:t>2</w:t>
            </w:r>
          </w:p>
        </w:tc>
      </w:tr>
      <w:tr w:rsidR="006A518C" w:rsidRPr="004A6636" w14:paraId="0332252B" w14:textId="77777777">
        <w:trPr>
          <w:cantSplit/>
          <w:jc w:val="center"/>
        </w:trPr>
        <w:tc>
          <w:tcPr>
            <w:tcW w:w="8164"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11A58BF1" w14:textId="77777777" w:rsidR="006A518C" w:rsidRPr="004A6636" w:rsidRDefault="00000000">
            <w:pPr>
              <w:spacing w:after="0" w:line="252" w:lineRule="auto"/>
            </w:pPr>
            <w:r w:rsidRPr="004A6636">
              <w:rPr>
                <w:sz w:val="18"/>
              </w:rPr>
              <w:t>Oltre € 15.000,00</w:t>
            </w:r>
          </w:p>
        </w:tc>
        <w:tc>
          <w:tcPr>
            <w:tcW w:w="1701" w:type="dxa"/>
            <w:tcBorders>
              <w:top w:val="single" w:sz="5" w:space="0" w:color="D9D9D9"/>
              <w:left w:val="single" w:sz="5" w:space="0" w:color="D9D9D9"/>
              <w:bottom w:val="single" w:sz="5" w:space="0" w:color="D9D9D9"/>
              <w:right w:val="single" w:sz="5" w:space="0" w:color="D9D9D9"/>
            </w:tcBorders>
            <w:tcMar>
              <w:top w:w="75" w:type="dxa"/>
              <w:left w:w="75" w:type="dxa"/>
              <w:bottom w:w="75" w:type="dxa"/>
              <w:right w:w="75" w:type="dxa"/>
            </w:tcMar>
            <w:vAlign w:val="center"/>
          </w:tcPr>
          <w:p w14:paraId="16F65546" w14:textId="77777777" w:rsidR="006A518C" w:rsidRPr="004A6636" w:rsidRDefault="00000000">
            <w:pPr>
              <w:spacing w:after="0" w:line="252" w:lineRule="auto"/>
            </w:pPr>
            <w:r w:rsidRPr="004A6636">
              <w:rPr>
                <w:sz w:val="18"/>
              </w:rPr>
              <w:t>0</w:t>
            </w:r>
          </w:p>
        </w:tc>
      </w:tr>
    </w:tbl>
    <w:p w14:paraId="35C881B8" w14:textId="77777777" w:rsidR="006A518C" w:rsidRPr="004A6636" w:rsidRDefault="006A518C">
      <w:pPr>
        <w:spacing w:after="0" w:line="20" w:lineRule="exact"/>
      </w:pPr>
    </w:p>
    <w:p w14:paraId="682531EE" w14:textId="77777777" w:rsidR="006A518C" w:rsidRPr="004A6636" w:rsidRDefault="00000000">
      <w:pPr>
        <w:keepLines/>
        <w:spacing w:after="60"/>
      </w:pPr>
      <w:r w:rsidRPr="004A6636">
        <w:t>☐ attestazione non prodotta anche dopo la richiesta di integrazione: zero punti economici, senza esclusione per questa sola ragione.</w:t>
      </w:r>
    </w:p>
    <w:p w14:paraId="75F9703E" w14:textId="77777777" w:rsidR="006A518C" w:rsidRPr="004A6636" w:rsidRDefault="00000000">
      <w:pPr>
        <w:spacing w:after="120"/>
      </w:pPr>
      <w:r w:rsidRPr="004A6636">
        <w:rPr>
          <w:b/>
        </w:rPr>
        <w:t>Punteggio criterio C: ______ / 5     PUNTEGGIO COMPLESSIVO A + B + C: ______ / 30</w:t>
      </w:r>
    </w:p>
    <w:p w14:paraId="7D53F33B" w14:textId="77777777" w:rsidR="006A518C" w:rsidRPr="004A6636" w:rsidRDefault="00000000">
      <w:r w:rsidRPr="004A6636">
        <w:t>Motivazione, osservazioni, interventi proposti e risorse attribuibili:</w:t>
      </w:r>
    </w:p>
    <w:p w14:paraId="18A71041" w14:textId="77777777" w:rsidR="006A518C" w:rsidRPr="004A6636" w:rsidRDefault="00000000">
      <w:pPr>
        <w:keepLines/>
        <w:spacing w:after="40" w:line="240" w:lineRule="auto"/>
      </w:pPr>
      <w:r w:rsidRPr="004A6636">
        <w:t>________________________________________________________________________________</w:t>
      </w:r>
    </w:p>
    <w:p w14:paraId="5C273DCA" w14:textId="77777777" w:rsidR="006A518C" w:rsidRPr="004A6636" w:rsidRDefault="00000000">
      <w:pPr>
        <w:keepLines/>
        <w:spacing w:after="40" w:line="240" w:lineRule="auto"/>
      </w:pPr>
      <w:r w:rsidRPr="004A6636">
        <w:t>________________________________________________________________________________</w:t>
      </w:r>
    </w:p>
    <w:p w14:paraId="687A66B7" w14:textId="77777777" w:rsidR="006A518C" w:rsidRPr="004A6636" w:rsidRDefault="00000000">
      <w:pPr>
        <w:keepLines/>
        <w:spacing w:after="40" w:line="240" w:lineRule="auto"/>
      </w:pPr>
      <w:r w:rsidRPr="004A6636">
        <w:t>________________________________________________________________________________</w:t>
      </w:r>
    </w:p>
    <w:p w14:paraId="3AC36FBE" w14:textId="77777777" w:rsidR="006A518C" w:rsidRPr="004A6636" w:rsidRDefault="00000000">
      <w:r w:rsidRPr="004A6636">
        <w:t>Riferimento al verbale: __________________________   Data: _____________________</w:t>
      </w:r>
    </w:p>
    <w:p w14:paraId="76A2B020" w14:textId="77777777" w:rsidR="006A518C" w:rsidRPr="004A6636" w:rsidRDefault="00000000">
      <w:r w:rsidRPr="004A6636">
        <w:t>Firme dei componenti: ______________________________________________________</w:t>
      </w:r>
    </w:p>
    <w:p w14:paraId="5A4BAF3D" w14:textId="77777777" w:rsidR="006A518C" w:rsidRDefault="00000000">
      <w:pPr>
        <w:keepLines/>
        <w:spacing w:after="40" w:line="240" w:lineRule="auto"/>
      </w:pPr>
      <w:r w:rsidRPr="004A6636">
        <w:t>________________________________________________________________________________</w:t>
      </w:r>
    </w:p>
    <w:sectPr w:rsidR="006A518C" w:rsidSect="00034616">
      <w:footerReference w:type="default" r:id="rId8"/>
      <w:pgSz w:w="11906" w:h="16838"/>
      <w:pgMar w:top="935" w:right="1020" w:bottom="935" w:left="1020"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BF4CF" w14:textId="77777777" w:rsidR="009A7B3D" w:rsidRPr="004A6636" w:rsidRDefault="009A7B3D">
      <w:pPr>
        <w:spacing w:after="0" w:line="240" w:lineRule="auto"/>
      </w:pPr>
      <w:r w:rsidRPr="004A6636">
        <w:separator/>
      </w:r>
    </w:p>
  </w:endnote>
  <w:endnote w:type="continuationSeparator" w:id="0">
    <w:p w14:paraId="10D9456C" w14:textId="77777777" w:rsidR="009A7B3D" w:rsidRPr="004A6636" w:rsidRDefault="009A7B3D">
      <w:pPr>
        <w:spacing w:after="0" w:line="240" w:lineRule="auto"/>
      </w:pPr>
      <w:r w:rsidRPr="004A6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F43C" w14:textId="77777777" w:rsidR="006A518C" w:rsidRPr="004A6636" w:rsidRDefault="00000000">
    <w:pPr>
      <w:pStyle w:val="Pidipagina"/>
      <w:jc w:val="right"/>
    </w:pPr>
    <w:r w:rsidRPr="004A6636">
      <w:rPr>
        <w:sz w:val="16"/>
      </w:rPr>
      <w:t xml:space="preserve">Allegato B · </w:t>
    </w:r>
    <w:r w:rsidRPr="004A6636">
      <w:fldChar w:fldCharType="begin"/>
    </w:r>
    <w:r w:rsidRPr="004A6636">
      <w:instrText>PAGE</w:instrText>
    </w:r>
    <w:r w:rsidRPr="004A6636">
      <w:fldChar w:fldCharType="separate"/>
    </w:r>
    <w:r w:rsidR="004A6636" w:rsidRPr="004A6636">
      <w:t>1</w:t>
    </w:r>
    <w:r w:rsidRPr="004A663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B005" w14:textId="77777777" w:rsidR="009A7B3D" w:rsidRPr="004A6636" w:rsidRDefault="009A7B3D">
      <w:pPr>
        <w:spacing w:after="0" w:line="240" w:lineRule="auto"/>
      </w:pPr>
      <w:r w:rsidRPr="004A6636">
        <w:separator/>
      </w:r>
    </w:p>
  </w:footnote>
  <w:footnote w:type="continuationSeparator" w:id="0">
    <w:p w14:paraId="2DDF3E04" w14:textId="77777777" w:rsidR="009A7B3D" w:rsidRPr="004A6636" w:rsidRDefault="009A7B3D">
      <w:pPr>
        <w:spacing w:after="0" w:line="240" w:lineRule="auto"/>
      </w:pPr>
      <w:r w:rsidRPr="004A663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408111989">
    <w:abstractNumId w:val="8"/>
  </w:num>
  <w:num w:numId="2" w16cid:durableId="640303913">
    <w:abstractNumId w:val="6"/>
  </w:num>
  <w:num w:numId="3" w16cid:durableId="1340347747">
    <w:abstractNumId w:val="5"/>
  </w:num>
  <w:num w:numId="4" w16cid:durableId="259919964">
    <w:abstractNumId w:val="4"/>
  </w:num>
  <w:num w:numId="5" w16cid:durableId="1956518575">
    <w:abstractNumId w:val="7"/>
  </w:num>
  <w:num w:numId="6" w16cid:durableId="248664576">
    <w:abstractNumId w:val="3"/>
  </w:num>
  <w:num w:numId="7" w16cid:durableId="1606839027">
    <w:abstractNumId w:val="2"/>
  </w:num>
  <w:num w:numId="8" w16cid:durableId="570584920">
    <w:abstractNumId w:val="1"/>
  </w:num>
  <w:num w:numId="9" w16cid:durableId="362441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02C1"/>
    <w:rsid w:val="00326F90"/>
    <w:rsid w:val="004A6636"/>
    <w:rsid w:val="0055064D"/>
    <w:rsid w:val="006A518C"/>
    <w:rsid w:val="00801D8A"/>
    <w:rsid w:val="00816BB8"/>
    <w:rsid w:val="008F7118"/>
    <w:rsid w:val="009A7B3D"/>
    <w:rsid w:val="00AA1D8D"/>
    <w:rsid w:val="00B47730"/>
    <w:rsid w:val="00B5165E"/>
    <w:rsid w:val="00C5712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227C61"/>
  <w14:defaultImageDpi w14:val="300"/>
  <w15:docId w15:val="{1F8BC5F3-AD7E-4F5C-A125-C6177CC1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4" w:lineRule="auto"/>
    </w:pPr>
    <w:rPr>
      <w:rFonts w:ascii="Arial" w:hAnsi="Arial"/>
      <w:color w:val="000000"/>
      <w:sz w:val="21"/>
      <w:lang w:val="it-IT"/>
    </w:rPr>
  </w:style>
  <w:style w:type="paragraph" w:styleId="Titolo1">
    <w:name w:val="heading 1"/>
    <w:basedOn w:val="Normale"/>
    <w:next w:val="Normale"/>
    <w:link w:val="Titolo1Carattere"/>
    <w:uiPriority w:val="9"/>
    <w:qFormat/>
    <w:rsid w:val="00FC693F"/>
    <w:pPr>
      <w:keepNext/>
      <w:keepLines/>
      <w:spacing w:before="180"/>
      <w:outlineLvl w:val="0"/>
    </w:pPr>
    <w:rPr>
      <w:rFonts w:asciiTheme="majorHAnsi" w:eastAsiaTheme="majorEastAsia" w:hAnsiTheme="majorHAnsi" w:cstheme="majorBidi"/>
      <w:b/>
      <w:bCs/>
      <w:sz w:val="22"/>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contextualSpacing/>
    </w:pPr>
    <w:rPr>
      <w:rFonts w:asciiTheme="majorHAnsi" w:eastAsiaTheme="majorEastAsia" w:hAnsiTheme="majorHAnsi" w:cstheme="majorBidi"/>
      <w:b/>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Proposta di progetto personalizzato di Vita Indipendente</dc:title>
  <dc:subject>Progetto Reti per l’Autonomia - FNA 2022 - ATS Caulonia</dc:subject>
  <dc:creator>Ambito Territoriale Sociale di Caulonia</dc:creator>
  <cp:keywords/>
  <dc:description>generated by python-docx</dc:description>
  <cp:lastModifiedBy>Utente</cp:lastModifiedBy>
  <cp:revision>2</cp:revision>
  <dcterms:created xsi:type="dcterms:W3CDTF">2026-10-13T12:50:00Z</dcterms:created>
  <dcterms:modified xsi:type="dcterms:W3CDTF">2026-10-13T12:50:00Z</dcterms:modified>
  <cp:category/>
</cp:coreProperties>
</file>