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6EC66" w14:textId="77777777" w:rsidR="00656364" w:rsidRPr="0081604D" w:rsidRDefault="00000000">
      <w:pPr>
        <w:jc w:val="center"/>
        <w:rPr>
          <w:b/>
          <w:bCs/>
          <w:sz w:val="32"/>
          <w:szCs w:val="36"/>
        </w:rPr>
      </w:pPr>
      <w:r w:rsidRPr="0081604D">
        <w:rPr>
          <w:b/>
          <w:bCs/>
          <w:sz w:val="32"/>
          <w:szCs w:val="36"/>
        </w:rPr>
        <w:t xml:space="preserve">Progetto di Vita </w:t>
      </w:r>
      <w:proofErr w:type="spellStart"/>
      <w:r w:rsidRPr="0081604D">
        <w:rPr>
          <w:b/>
          <w:bCs/>
          <w:sz w:val="32"/>
          <w:szCs w:val="36"/>
        </w:rPr>
        <w:t>Indipendente</w:t>
      </w:r>
      <w:proofErr w:type="spellEnd"/>
      <w:r w:rsidRPr="0081604D">
        <w:rPr>
          <w:b/>
          <w:bCs/>
          <w:sz w:val="32"/>
          <w:szCs w:val="36"/>
        </w:rPr>
        <w:t xml:space="preserve"> “Reti per </w:t>
      </w:r>
      <w:proofErr w:type="spellStart"/>
      <w:r w:rsidRPr="0081604D">
        <w:rPr>
          <w:b/>
          <w:bCs/>
          <w:sz w:val="32"/>
          <w:szCs w:val="36"/>
        </w:rPr>
        <w:t>l’Autonomia</w:t>
      </w:r>
      <w:proofErr w:type="spellEnd"/>
      <w:r w:rsidRPr="0081604D">
        <w:rPr>
          <w:b/>
          <w:bCs/>
          <w:sz w:val="32"/>
          <w:szCs w:val="36"/>
        </w:rPr>
        <w:t>”</w:t>
      </w:r>
    </w:p>
    <w:p w14:paraId="5F07D800" w14:textId="77777777" w:rsidR="00656364" w:rsidRDefault="00000000">
      <w:pPr>
        <w:jc w:val="center"/>
        <w:rPr>
          <w:b/>
          <w:bCs/>
          <w:i/>
          <w:sz w:val="32"/>
          <w:szCs w:val="36"/>
        </w:rPr>
      </w:pPr>
      <w:r w:rsidRPr="0081604D">
        <w:rPr>
          <w:b/>
          <w:bCs/>
          <w:i/>
          <w:sz w:val="32"/>
          <w:szCs w:val="36"/>
        </w:rPr>
        <w:t xml:space="preserve">Fondo Nazionale per le Non </w:t>
      </w:r>
      <w:proofErr w:type="spellStart"/>
      <w:r w:rsidRPr="0081604D">
        <w:rPr>
          <w:b/>
          <w:bCs/>
          <w:i/>
          <w:sz w:val="32"/>
          <w:szCs w:val="36"/>
        </w:rPr>
        <w:t>Autosufficienze</w:t>
      </w:r>
      <w:proofErr w:type="spellEnd"/>
      <w:r w:rsidRPr="0081604D">
        <w:rPr>
          <w:b/>
          <w:bCs/>
          <w:i/>
          <w:sz w:val="32"/>
          <w:szCs w:val="36"/>
        </w:rPr>
        <w:t xml:space="preserve"> - </w:t>
      </w:r>
      <w:proofErr w:type="spellStart"/>
      <w:r w:rsidRPr="0081604D">
        <w:rPr>
          <w:b/>
          <w:bCs/>
          <w:i/>
          <w:sz w:val="32"/>
          <w:szCs w:val="36"/>
        </w:rPr>
        <w:t>Annualità</w:t>
      </w:r>
      <w:proofErr w:type="spellEnd"/>
      <w:r w:rsidRPr="0081604D">
        <w:rPr>
          <w:b/>
          <w:bCs/>
          <w:i/>
          <w:sz w:val="32"/>
          <w:szCs w:val="36"/>
        </w:rPr>
        <w:t xml:space="preserve"> 2022</w:t>
      </w:r>
    </w:p>
    <w:p w14:paraId="764FE0AA" w14:textId="77777777" w:rsidR="008C6090" w:rsidRPr="008C6090" w:rsidRDefault="008C6090" w:rsidP="008C6090">
      <w:pPr>
        <w:spacing w:after="0" w:line="240" w:lineRule="auto"/>
        <w:jc w:val="center"/>
        <w:rPr>
          <w:b/>
          <w:bCs/>
          <w:i/>
          <w:sz w:val="32"/>
          <w:szCs w:val="36"/>
        </w:rPr>
      </w:pPr>
      <w:r w:rsidRPr="008C6090">
        <w:rPr>
          <w:b/>
          <w:bCs/>
          <w:i/>
          <w:sz w:val="32"/>
          <w:szCs w:val="36"/>
        </w:rPr>
        <w:t>CUP F89I26002520007</w:t>
      </w:r>
    </w:p>
    <w:p w14:paraId="4AF654C3" w14:textId="77777777" w:rsidR="00656364" w:rsidRDefault="00000000">
      <w:pPr>
        <w:jc w:val="right"/>
      </w:pPr>
      <w:r>
        <w:rPr>
          <w:b/>
        </w:rPr>
        <w:t>ALLEGATO A</w:t>
      </w:r>
    </w:p>
    <w:p w14:paraId="671E91BB" w14:textId="77777777" w:rsidR="00656364" w:rsidRDefault="00000000">
      <w:pPr>
        <w:pStyle w:val="Titolo"/>
        <w:spacing w:after="200"/>
        <w:jc w:val="center"/>
      </w:pPr>
      <w:r>
        <w:t>Domanda di partecipazione</w:t>
      </w:r>
    </w:p>
    <w:p w14:paraId="1AC9AB6C" w14:textId="5EDE2BDA" w:rsidR="00656364" w:rsidRDefault="00000000" w:rsidP="0081604D">
      <w:pPr>
        <w:spacing w:after="120"/>
        <w:jc w:val="right"/>
      </w:pPr>
      <w:r>
        <w:t>A</w:t>
      </w:r>
      <w:r w:rsidR="0081604D">
        <w:br/>
      </w:r>
      <w:proofErr w:type="spellStart"/>
      <w:r w:rsidRPr="0081604D">
        <w:rPr>
          <w:b/>
          <w:bCs/>
        </w:rPr>
        <w:t>Ambito</w:t>
      </w:r>
      <w:proofErr w:type="spellEnd"/>
      <w:r w:rsidRPr="0081604D">
        <w:rPr>
          <w:b/>
          <w:bCs/>
        </w:rPr>
        <w:t xml:space="preserve"> </w:t>
      </w:r>
      <w:proofErr w:type="spellStart"/>
      <w:r w:rsidRPr="0081604D">
        <w:rPr>
          <w:b/>
          <w:bCs/>
        </w:rPr>
        <w:t>Territoriale</w:t>
      </w:r>
      <w:proofErr w:type="spellEnd"/>
      <w:r w:rsidRPr="0081604D">
        <w:rPr>
          <w:b/>
          <w:bCs/>
        </w:rPr>
        <w:t xml:space="preserve"> Sociale di </w:t>
      </w:r>
      <w:proofErr w:type="spellStart"/>
      <w:r w:rsidRPr="0081604D">
        <w:rPr>
          <w:b/>
          <w:bCs/>
        </w:rPr>
        <w:t>Caulonia</w:t>
      </w:r>
      <w:proofErr w:type="spellEnd"/>
      <w:r w:rsidRPr="0081604D">
        <w:rPr>
          <w:b/>
          <w:bCs/>
        </w:rPr>
        <w:t xml:space="preserve"> </w:t>
      </w:r>
      <w:r w:rsidR="0081604D" w:rsidRPr="0081604D">
        <w:rPr>
          <w:b/>
          <w:bCs/>
        </w:rPr>
        <w:br/>
      </w:r>
      <w:proofErr w:type="spellStart"/>
      <w:r w:rsidRPr="0081604D">
        <w:rPr>
          <w:b/>
          <w:bCs/>
        </w:rPr>
        <w:t>Ufficio</w:t>
      </w:r>
      <w:proofErr w:type="spellEnd"/>
      <w:r w:rsidRPr="0081604D">
        <w:rPr>
          <w:b/>
          <w:bCs/>
        </w:rPr>
        <w:t xml:space="preserve"> di Piano</w:t>
      </w:r>
      <w:r>
        <w:br/>
      </w:r>
    </w:p>
    <w:p w14:paraId="45C204B5" w14:textId="77777777" w:rsidR="00656364" w:rsidRPr="0081604D" w:rsidRDefault="00000000" w:rsidP="0081604D">
      <w:pPr>
        <w:spacing w:after="100"/>
        <w:jc w:val="both"/>
        <w:rPr>
          <w:b/>
          <w:bCs/>
        </w:rPr>
      </w:pPr>
      <w:r w:rsidRPr="0081604D">
        <w:rPr>
          <w:b/>
          <w:bCs/>
        </w:rPr>
        <w:t>OGGETTO: Domanda di partecipazione all’Avviso pubblico per l’individuazione dei beneficiari del progetto di Vita Indipendente “Reti per l’Autonomia” - FNA 2022.</w:t>
      </w:r>
    </w:p>
    <w:p w14:paraId="3F3B6F9E" w14:textId="77777777" w:rsidR="00656364" w:rsidRDefault="00000000">
      <w:pPr>
        <w:pStyle w:val="Titolo1"/>
      </w:pPr>
      <w:r>
        <w:t>1 Dati del beneficiario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5783"/>
      </w:tblGrid>
      <w:tr w:rsidR="00656364" w14:paraId="4D49950B" w14:textId="77777777">
        <w:trPr>
          <w:cantSplit/>
          <w:trHeight w:val="340"/>
          <w:jc w:val="center"/>
        </w:trPr>
        <w:tc>
          <w:tcPr>
            <w:tcW w:w="408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5F7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6635CE66" w14:textId="77777777" w:rsidR="00656364" w:rsidRDefault="00000000">
            <w:pPr>
              <w:spacing w:after="0" w:line="252" w:lineRule="auto"/>
            </w:pPr>
            <w:r>
              <w:rPr>
                <w:b/>
                <w:sz w:val="20"/>
              </w:rPr>
              <w:t>Cognome e nome</w:t>
            </w:r>
          </w:p>
        </w:tc>
        <w:tc>
          <w:tcPr>
            <w:tcW w:w="5783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393BFC44" w14:textId="77777777" w:rsidR="00656364" w:rsidRDefault="00656364">
            <w:pPr>
              <w:spacing w:after="0" w:line="252" w:lineRule="auto"/>
            </w:pPr>
          </w:p>
        </w:tc>
      </w:tr>
      <w:tr w:rsidR="00656364" w14:paraId="2CD48043" w14:textId="77777777">
        <w:trPr>
          <w:cantSplit/>
          <w:trHeight w:val="340"/>
          <w:jc w:val="center"/>
        </w:trPr>
        <w:tc>
          <w:tcPr>
            <w:tcW w:w="408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5F7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1AE7A6C2" w14:textId="77777777" w:rsidR="00656364" w:rsidRDefault="00000000">
            <w:pPr>
              <w:spacing w:after="0" w:line="252" w:lineRule="auto"/>
            </w:pPr>
            <w:r>
              <w:rPr>
                <w:b/>
                <w:sz w:val="20"/>
              </w:rPr>
              <w:t>Luogo e data di nascita</w:t>
            </w:r>
          </w:p>
        </w:tc>
        <w:tc>
          <w:tcPr>
            <w:tcW w:w="5783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43F51933" w14:textId="77777777" w:rsidR="00656364" w:rsidRDefault="00656364">
            <w:pPr>
              <w:spacing w:after="0" w:line="252" w:lineRule="auto"/>
            </w:pPr>
          </w:p>
        </w:tc>
      </w:tr>
      <w:tr w:rsidR="00656364" w14:paraId="5EEBA8E1" w14:textId="77777777">
        <w:trPr>
          <w:cantSplit/>
          <w:trHeight w:val="340"/>
          <w:jc w:val="center"/>
        </w:trPr>
        <w:tc>
          <w:tcPr>
            <w:tcW w:w="408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5F7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6F494FCC" w14:textId="77777777" w:rsidR="00656364" w:rsidRDefault="00000000">
            <w:pPr>
              <w:spacing w:after="0" w:line="252" w:lineRule="auto"/>
            </w:pPr>
            <w:r>
              <w:rPr>
                <w:b/>
                <w:sz w:val="20"/>
              </w:rPr>
              <w:t>Codice fiscale</w:t>
            </w:r>
          </w:p>
        </w:tc>
        <w:tc>
          <w:tcPr>
            <w:tcW w:w="5783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6A872D8F" w14:textId="77777777" w:rsidR="00656364" w:rsidRDefault="00656364">
            <w:pPr>
              <w:spacing w:after="0" w:line="252" w:lineRule="auto"/>
            </w:pPr>
          </w:p>
        </w:tc>
      </w:tr>
      <w:tr w:rsidR="00656364" w14:paraId="29150572" w14:textId="77777777">
        <w:trPr>
          <w:cantSplit/>
          <w:trHeight w:val="340"/>
          <w:jc w:val="center"/>
        </w:trPr>
        <w:tc>
          <w:tcPr>
            <w:tcW w:w="408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5F7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11BAA917" w14:textId="77777777" w:rsidR="00656364" w:rsidRDefault="00000000">
            <w:pPr>
              <w:spacing w:after="0" w:line="252" w:lineRule="auto"/>
            </w:pPr>
            <w:r>
              <w:rPr>
                <w:b/>
                <w:sz w:val="20"/>
              </w:rPr>
              <w:t>Residenza (Comune, via, numero)</w:t>
            </w:r>
          </w:p>
        </w:tc>
        <w:tc>
          <w:tcPr>
            <w:tcW w:w="5783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40F599AB" w14:textId="77777777" w:rsidR="00656364" w:rsidRDefault="00656364">
            <w:pPr>
              <w:spacing w:after="0" w:line="252" w:lineRule="auto"/>
            </w:pPr>
          </w:p>
        </w:tc>
      </w:tr>
      <w:tr w:rsidR="00656364" w14:paraId="512CECA7" w14:textId="77777777">
        <w:trPr>
          <w:cantSplit/>
          <w:trHeight w:val="340"/>
          <w:jc w:val="center"/>
        </w:trPr>
        <w:tc>
          <w:tcPr>
            <w:tcW w:w="408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5F7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267EB577" w14:textId="77777777" w:rsidR="00656364" w:rsidRDefault="00000000">
            <w:pPr>
              <w:spacing w:after="0" w:line="252" w:lineRule="auto"/>
            </w:pPr>
            <w:r>
              <w:rPr>
                <w:b/>
                <w:sz w:val="20"/>
              </w:rPr>
              <w:t>Telefono</w:t>
            </w:r>
          </w:p>
        </w:tc>
        <w:tc>
          <w:tcPr>
            <w:tcW w:w="5783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660461E8" w14:textId="77777777" w:rsidR="00656364" w:rsidRDefault="00656364">
            <w:pPr>
              <w:spacing w:after="0" w:line="252" w:lineRule="auto"/>
            </w:pPr>
          </w:p>
        </w:tc>
      </w:tr>
      <w:tr w:rsidR="00656364" w14:paraId="098C0AA8" w14:textId="77777777">
        <w:trPr>
          <w:cantSplit/>
          <w:trHeight w:val="340"/>
          <w:jc w:val="center"/>
        </w:trPr>
        <w:tc>
          <w:tcPr>
            <w:tcW w:w="408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5F7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437FA7AC" w14:textId="77777777" w:rsidR="00656364" w:rsidRDefault="00000000">
            <w:pPr>
              <w:spacing w:after="0" w:line="252" w:lineRule="auto"/>
            </w:pPr>
            <w:r>
              <w:rPr>
                <w:b/>
                <w:sz w:val="20"/>
              </w:rPr>
              <w:t>E-mail / PEC</w:t>
            </w:r>
          </w:p>
        </w:tc>
        <w:tc>
          <w:tcPr>
            <w:tcW w:w="5783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135045A2" w14:textId="77777777" w:rsidR="00656364" w:rsidRDefault="00656364">
            <w:pPr>
              <w:spacing w:after="0" w:line="252" w:lineRule="auto"/>
            </w:pPr>
          </w:p>
        </w:tc>
      </w:tr>
      <w:tr w:rsidR="00656364" w14:paraId="1750426B" w14:textId="77777777">
        <w:trPr>
          <w:cantSplit/>
          <w:trHeight w:val="340"/>
          <w:jc w:val="center"/>
        </w:trPr>
        <w:tc>
          <w:tcPr>
            <w:tcW w:w="408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5F7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5C81885A" w14:textId="77777777" w:rsidR="00656364" w:rsidRDefault="00000000">
            <w:pPr>
              <w:spacing w:after="0" w:line="252" w:lineRule="auto"/>
            </w:pPr>
            <w:r>
              <w:rPr>
                <w:b/>
                <w:sz w:val="20"/>
              </w:rPr>
              <w:t>Domicilio diverso dalla residenza</w:t>
            </w:r>
          </w:p>
        </w:tc>
        <w:tc>
          <w:tcPr>
            <w:tcW w:w="5783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7058BCCF" w14:textId="77777777" w:rsidR="00656364" w:rsidRDefault="00656364">
            <w:pPr>
              <w:spacing w:after="0" w:line="252" w:lineRule="auto"/>
            </w:pPr>
          </w:p>
        </w:tc>
      </w:tr>
    </w:tbl>
    <w:p w14:paraId="7D10C807" w14:textId="77777777" w:rsidR="00656364" w:rsidRDefault="00656364">
      <w:pPr>
        <w:spacing w:after="0" w:line="20" w:lineRule="exact"/>
      </w:pPr>
    </w:p>
    <w:p w14:paraId="07D6A77D" w14:textId="77777777" w:rsidR="00656364" w:rsidRDefault="00000000">
      <w:pPr>
        <w:spacing w:after="40"/>
      </w:pPr>
      <w:r>
        <w:t>La domanda è presentata:</w:t>
      </w:r>
    </w:p>
    <w:p w14:paraId="50E40C19" w14:textId="77777777" w:rsidR="00656364" w:rsidRDefault="00000000">
      <w:pPr>
        <w:keepLines/>
        <w:spacing w:after="60"/>
      </w:pPr>
      <w:r>
        <w:t>☐ direttamente dal beneficiario;</w:t>
      </w:r>
    </w:p>
    <w:p w14:paraId="57B102EE" w14:textId="77777777" w:rsidR="00656364" w:rsidRDefault="00000000">
      <w:pPr>
        <w:keepLines/>
        <w:spacing w:after="60"/>
      </w:pPr>
      <w:r>
        <w:t>☐ dal rappresentante legale / amministratore di sostegno / tutore / altro soggetto legittimato.</w:t>
      </w:r>
    </w:p>
    <w:p w14:paraId="3CCA5B39" w14:textId="77777777" w:rsidR="00656364" w:rsidRDefault="00000000">
      <w:pPr>
        <w:spacing w:after="60"/>
      </w:pPr>
      <w:r>
        <w:t>In caso di presentazione da parte di soggetto diverso dal beneficiario: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5783"/>
      </w:tblGrid>
      <w:tr w:rsidR="00656364" w14:paraId="7554895E" w14:textId="77777777">
        <w:trPr>
          <w:cantSplit/>
          <w:trHeight w:val="340"/>
          <w:jc w:val="center"/>
        </w:trPr>
        <w:tc>
          <w:tcPr>
            <w:tcW w:w="408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5F7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3A1A6FBA" w14:textId="77777777" w:rsidR="00656364" w:rsidRDefault="00000000">
            <w:pPr>
              <w:spacing w:after="0" w:line="252" w:lineRule="auto"/>
            </w:pPr>
            <w:r>
              <w:rPr>
                <w:b/>
                <w:sz w:val="20"/>
              </w:rPr>
              <w:t>Cognome e nome del firmatario</w:t>
            </w:r>
          </w:p>
        </w:tc>
        <w:tc>
          <w:tcPr>
            <w:tcW w:w="5783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233CFA21" w14:textId="77777777" w:rsidR="00656364" w:rsidRDefault="00656364">
            <w:pPr>
              <w:spacing w:after="0" w:line="252" w:lineRule="auto"/>
            </w:pPr>
          </w:p>
        </w:tc>
      </w:tr>
      <w:tr w:rsidR="00656364" w14:paraId="3D7F4942" w14:textId="77777777">
        <w:trPr>
          <w:cantSplit/>
          <w:trHeight w:val="340"/>
          <w:jc w:val="center"/>
        </w:trPr>
        <w:tc>
          <w:tcPr>
            <w:tcW w:w="408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5F7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4726E2FE" w14:textId="77777777" w:rsidR="00656364" w:rsidRDefault="00000000">
            <w:pPr>
              <w:spacing w:after="0" w:line="252" w:lineRule="auto"/>
            </w:pPr>
            <w:r>
              <w:rPr>
                <w:b/>
                <w:sz w:val="20"/>
              </w:rPr>
              <w:t>Qualità / titolo di rappresentanza</w:t>
            </w:r>
          </w:p>
        </w:tc>
        <w:tc>
          <w:tcPr>
            <w:tcW w:w="5783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39DF1040" w14:textId="77777777" w:rsidR="00656364" w:rsidRDefault="00656364">
            <w:pPr>
              <w:spacing w:after="0" w:line="252" w:lineRule="auto"/>
            </w:pPr>
          </w:p>
        </w:tc>
      </w:tr>
      <w:tr w:rsidR="00656364" w14:paraId="15F69F27" w14:textId="77777777">
        <w:trPr>
          <w:cantSplit/>
          <w:trHeight w:val="340"/>
          <w:jc w:val="center"/>
        </w:trPr>
        <w:tc>
          <w:tcPr>
            <w:tcW w:w="408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5F7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572A32EE" w14:textId="77777777" w:rsidR="00656364" w:rsidRDefault="00000000">
            <w:pPr>
              <w:spacing w:after="0" w:line="252" w:lineRule="auto"/>
            </w:pPr>
            <w:r>
              <w:rPr>
                <w:b/>
                <w:sz w:val="20"/>
              </w:rPr>
              <w:t>Codice fiscale</w:t>
            </w:r>
          </w:p>
        </w:tc>
        <w:tc>
          <w:tcPr>
            <w:tcW w:w="5783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08F0B905" w14:textId="77777777" w:rsidR="00656364" w:rsidRDefault="00656364">
            <w:pPr>
              <w:spacing w:after="0" w:line="252" w:lineRule="auto"/>
            </w:pPr>
          </w:p>
        </w:tc>
      </w:tr>
      <w:tr w:rsidR="00656364" w14:paraId="1EEBE454" w14:textId="77777777">
        <w:trPr>
          <w:cantSplit/>
          <w:trHeight w:val="340"/>
          <w:jc w:val="center"/>
        </w:trPr>
        <w:tc>
          <w:tcPr>
            <w:tcW w:w="408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5F7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314466B2" w14:textId="77777777" w:rsidR="00656364" w:rsidRDefault="00000000">
            <w:pPr>
              <w:spacing w:after="0" w:line="252" w:lineRule="auto"/>
            </w:pPr>
            <w:r>
              <w:rPr>
                <w:b/>
                <w:sz w:val="20"/>
              </w:rPr>
              <w:t>Recapito telefonico / e-mail</w:t>
            </w:r>
          </w:p>
        </w:tc>
        <w:tc>
          <w:tcPr>
            <w:tcW w:w="5783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2824981A" w14:textId="77777777" w:rsidR="00656364" w:rsidRDefault="00656364">
            <w:pPr>
              <w:spacing w:after="0" w:line="252" w:lineRule="auto"/>
            </w:pPr>
          </w:p>
        </w:tc>
      </w:tr>
    </w:tbl>
    <w:p w14:paraId="5AA33DE9" w14:textId="77777777" w:rsidR="00656364" w:rsidRDefault="00656364">
      <w:pPr>
        <w:spacing w:after="0" w:line="20" w:lineRule="exact"/>
      </w:pPr>
    </w:p>
    <w:p w14:paraId="438AF3DA" w14:textId="77777777" w:rsidR="00656364" w:rsidRDefault="00000000">
      <w:pPr>
        <w:pStyle w:val="Titolo1"/>
      </w:pPr>
      <w:r>
        <w:t>2 Dichiarazioni ai fini dell’ammissione</w:t>
      </w:r>
    </w:p>
    <w:p w14:paraId="44B9D4BA" w14:textId="77777777" w:rsidR="00656364" w:rsidRDefault="00000000">
      <w:pPr>
        <w:spacing w:after="60"/>
      </w:pPr>
      <w:r>
        <w:t>Il/La sottoscritto/a, consapevole delle responsabilità e delle sanzioni previste dagli artt. 75 e 76 del D.P.R. n. 445/2000, dichiara, con riferimento al beneficiario indicato nella sezione 1:</w:t>
      </w:r>
    </w:p>
    <w:p w14:paraId="2822B7F1" w14:textId="77777777" w:rsidR="00656364" w:rsidRDefault="00000000">
      <w:pPr>
        <w:keepLines/>
        <w:spacing w:after="60"/>
      </w:pPr>
      <w:r>
        <w:t>☐ che il beneficiario è maggiorenne;</w:t>
      </w:r>
    </w:p>
    <w:p w14:paraId="56F76042" w14:textId="77777777" w:rsidR="00656364" w:rsidRDefault="00000000">
      <w:pPr>
        <w:keepLines/>
        <w:spacing w:after="60"/>
      </w:pPr>
      <w:r>
        <w:t>☐ che il beneficiario è residente in uno dei Comuni appartenenti all’ATS di Caulonia;</w:t>
      </w:r>
    </w:p>
    <w:p w14:paraId="6B34974B" w14:textId="77777777" w:rsidR="00656364" w:rsidRDefault="00000000">
      <w:pPr>
        <w:keepLines/>
        <w:spacing w:after="60"/>
      </w:pPr>
      <w:r>
        <w:t>☐ che il beneficiario è persona con disabilità certificata ai sensi della normativa vigente;</w:t>
      </w:r>
    </w:p>
    <w:p w14:paraId="5B9D17D9" w14:textId="77777777" w:rsidR="00656364" w:rsidRDefault="00000000">
      <w:pPr>
        <w:keepLines/>
        <w:spacing w:after="60"/>
      </w:pPr>
      <w:r>
        <w:t>☐ che la disabilità non è determinata dal naturale invecchiamento o da patologie connesse alla senilità;</w:t>
      </w:r>
    </w:p>
    <w:p w14:paraId="34A8C68F" w14:textId="77777777" w:rsidR="00656364" w:rsidRDefault="00000000">
      <w:pPr>
        <w:keepLines/>
        <w:spacing w:after="60"/>
      </w:pPr>
      <w:r>
        <w:t>☐ che il beneficiario è interessato alla costruzione di un progetto personalizzato di Vita Indipendente;</w:t>
      </w:r>
    </w:p>
    <w:p w14:paraId="49D636E9" w14:textId="77777777" w:rsidR="00656364" w:rsidRDefault="00000000">
      <w:pPr>
        <w:keepLines/>
        <w:spacing w:after="60"/>
      </w:pPr>
      <w:r>
        <w:t>☐ che il beneficiario è disponibile alla valutazione multidimensionale e alla costruzione condivisa del progetto, con le forme di sostegno necessarie;</w:t>
      </w:r>
    </w:p>
    <w:p w14:paraId="3A05761E" w14:textId="77777777" w:rsidR="00656364" w:rsidRDefault="00000000">
      <w:pPr>
        <w:keepLines/>
        <w:spacing w:after="60"/>
      </w:pPr>
      <w:r>
        <w:t>☐ di impegnarsi a comunicare tempestivamente ogni variazione rilevante ai fini dell’intervento.</w:t>
      </w:r>
    </w:p>
    <w:p w14:paraId="2058CB97" w14:textId="0E85F2AF" w:rsidR="00656364" w:rsidRPr="0081604D" w:rsidRDefault="00000000" w:rsidP="0081604D">
      <w:pPr>
        <w:rPr>
          <w:b/>
          <w:bCs/>
        </w:rPr>
      </w:pPr>
      <w:r>
        <w:br w:type="page"/>
      </w:r>
      <w:r w:rsidR="0081604D" w:rsidRPr="0081604D">
        <w:rPr>
          <w:b/>
          <w:bCs/>
        </w:rPr>
        <w:lastRenderedPageBreak/>
        <w:t xml:space="preserve">3 </w:t>
      </w:r>
      <w:proofErr w:type="spellStart"/>
      <w:r w:rsidRPr="0081604D">
        <w:rPr>
          <w:b/>
          <w:bCs/>
        </w:rPr>
        <w:t>Condizione</w:t>
      </w:r>
      <w:proofErr w:type="spellEnd"/>
      <w:r w:rsidRPr="0081604D">
        <w:rPr>
          <w:b/>
          <w:bCs/>
        </w:rPr>
        <w:t xml:space="preserve"> di </w:t>
      </w:r>
      <w:proofErr w:type="spellStart"/>
      <w:r w:rsidRPr="0081604D">
        <w:rPr>
          <w:b/>
          <w:bCs/>
        </w:rPr>
        <w:t>disabilità</w:t>
      </w:r>
      <w:proofErr w:type="spellEnd"/>
    </w:p>
    <w:p w14:paraId="09871D3A" w14:textId="77777777" w:rsidR="00656364" w:rsidRDefault="00000000">
      <w:r>
        <w:t>Certificazione posseduta: ____________________________________________________</w:t>
      </w:r>
    </w:p>
    <w:p w14:paraId="1F78E47B" w14:textId="77777777" w:rsidR="00656364" w:rsidRDefault="00000000">
      <w:pPr>
        <w:keepLines/>
        <w:spacing w:after="60"/>
      </w:pPr>
      <w:r>
        <w:t>☐ certificazione ai sensi della L. n. 104/1992, art. 3, comma 1;</w:t>
      </w:r>
    </w:p>
    <w:p w14:paraId="7BE2152D" w14:textId="77777777" w:rsidR="00656364" w:rsidRDefault="00000000">
      <w:pPr>
        <w:keepLines/>
        <w:spacing w:after="60"/>
      </w:pPr>
      <w:r>
        <w:t>☐ certificazione di gravità ai sensi della L. n. 104/1992, art. 3, comma 3;</w:t>
      </w:r>
    </w:p>
    <w:p w14:paraId="2B535F07" w14:textId="77777777" w:rsidR="00656364" w:rsidRDefault="00000000">
      <w:pPr>
        <w:keepLines/>
        <w:spacing w:after="60"/>
      </w:pPr>
      <w:r>
        <w:t>☐ altra certificazione di disabilità prevista dalla normativa vigente.</w:t>
      </w:r>
    </w:p>
    <w:p w14:paraId="387156CD" w14:textId="77777777" w:rsidR="00656364" w:rsidRDefault="00000000">
      <w:r>
        <w:t>Ulteriori elementi utili: ______________________________________________________</w:t>
      </w:r>
    </w:p>
    <w:p w14:paraId="6F1BC658" w14:textId="77777777" w:rsidR="00656364" w:rsidRDefault="00000000">
      <w:pPr>
        <w:pStyle w:val="Titolo1"/>
      </w:pPr>
      <w:r>
        <w:t>4 Condizione economica</w:t>
      </w:r>
    </w:p>
    <w:p w14:paraId="17950FF0" w14:textId="77777777" w:rsidR="00656364" w:rsidRDefault="00000000">
      <w:pPr>
        <w:spacing w:after="60"/>
      </w:pPr>
      <w:r>
        <w:t>Ai fini del punteggio economico, indicare l’ISEE in corso di validità utilizzabile per le prestazioni agevolate di natura sociosanitaria non residenziale rivolte a maggiorenni. L’indicatore è determinato con riferimento a:</w:t>
      </w:r>
    </w:p>
    <w:p w14:paraId="4C91284D" w14:textId="77777777" w:rsidR="00656364" w:rsidRDefault="00000000">
      <w:r>
        <w:t>☐ nucleo ristretto;        ☐ nucleo ordinario.</w:t>
      </w:r>
    </w:p>
    <w:p w14:paraId="77C40210" w14:textId="77777777" w:rsidR="00656364" w:rsidRDefault="00000000">
      <w:r>
        <w:t>Valore ISEE: € ____________________    ☐ attestazione allegata;    ☐ non allegata.</w:t>
      </w:r>
    </w:p>
    <w:p w14:paraId="359015D3" w14:textId="77777777" w:rsidR="00656364" w:rsidRDefault="00000000">
      <w:r>
        <w:t>Non è prevista una soglia ISEE di esclusione. La mancata produzione dell’attestazione, anche dopo la richiesta di integrazione, comporta zero punti per il criterio economico e non costituisce, da sola, causa di esclusione.</w:t>
      </w:r>
    </w:p>
    <w:p w14:paraId="73A21CC9" w14:textId="77777777" w:rsidR="00656364" w:rsidRDefault="00000000">
      <w:pPr>
        <w:pStyle w:val="Titolo1"/>
      </w:pPr>
      <w:r>
        <w:t>5 Rete familiare e sociale di supporto</w:t>
      </w:r>
    </w:p>
    <w:p w14:paraId="2D3742C2" w14:textId="77777777" w:rsidR="00656364" w:rsidRDefault="00000000">
      <w:pPr>
        <w:spacing w:after="60"/>
      </w:pPr>
      <w:r>
        <w:t>Indicare la condizione della rete, considerando l’effettiva disponibilità, continuità e adeguatezza dei sostegni:</w:t>
      </w:r>
    </w:p>
    <w:p w14:paraId="3C08CA25" w14:textId="77777777" w:rsidR="00656364" w:rsidRDefault="00000000">
      <w:pPr>
        <w:keepLines/>
        <w:spacing w:after="60"/>
      </w:pPr>
      <w:r>
        <w:t>☐ adeguata: rete familiare e sociale disponibile e capace di assicurare sostegni adeguati;</w:t>
      </w:r>
    </w:p>
    <w:p w14:paraId="383FB3BA" w14:textId="77777777" w:rsidR="00656364" w:rsidRDefault="00000000">
      <w:pPr>
        <w:keepLines/>
        <w:spacing w:after="60"/>
      </w:pPr>
      <w:r>
        <w:t>☐ parzialmente adeguata: sostegni discontinui o insufficienti, anche per lontananza, condizioni di salute, impegni di cura o altre difficoltà rilevanti;</w:t>
      </w:r>
    </w:p>
    <w:p w14:paraId="7EDEA894" w14:textId="77777777" w:rsidR="00656364" w:rsidRDefault="00000000">
      <w:pPr>
        <w:keepLines/>
        <w:spacing w:after="60"/>
      </w:pPr>
      <w:r>
        <w:t>☐ assente o gravemente inadeguata: assenza di sostegni effettivi o rete incapace di rispondere ai bisogni, anche per gravi condizioni di salute, disabilità o conflittualità persistente.</w:t>
      </w:r>
    </w:p>
    <w:p w14:paraId="3EF636F1" w14:textId="77777777" w:rsidR="00656364" w:rsidRDefault="00000000">
      <w:pPr>
        <w:spacing w:after="40"/>
      </w:pPr>
      <w:r>
        <w:t>Descrizione dei sostegni presenti e delle necessità non soddisfatte:</w:t>
      </w:r>
    </w:p>
    <w:p w14:paraId="06A69B17" w14:textId="77777777" w:rsidR="00656364" w:rsidRDefault="00000000">
      <w:pPr>
        <w:keepLines/>
        <w:spacing w:after="40" w:line="240" w:lineRule="auto"/>
      </w:pPr>
      <w:r>
        <w:t>________________________________________________________________________________</w:t>
      </w:r>
    </w:p>
    <w:p w14:paraId="4098652C" w14:textId="77777777" w:rsidR="00656364" w:rsidRDefault="00000000">
      <w:pPr>
        <w:keepLines/>
        <w:spacing w:after="40" w:line="240" w:lineRule="auto"/>
      </w:pPr>
      <w:r>
        <w:t>________________________________________________________________________________</w:t>
      </w:r>
    </w:p>
    <w:p w14:paraId="316E1C15" w14:textId="77777777" w:rsidR="00656364" w:rsidRDefault="00000000">
      <w:pPr>
        <w:spacing w:after="60"/>
      </w:pPr>
      <w:r>
        <w:t>La valutazione definitiva è effettuata dall’équipe secondo l’Avviso.</w:t>
      </w:r>
    </w:p>
    <w:p w14:paraId="683815F6" w14:textId="77777777" w:rsidR="00656364" w:rsidRDefault="00000000">
      <w:pPr>
        <w:pStyle w:val="Titolo1"/>
      </w:pPr>
      <w:r>
        <w:t>6 Macroaree di interesse</w:t>
      </w:r>
    </w:p>
    <w:p w14:paraId="4AAF7162" w14:textId="77777777" w:rsidR="00656364" w:rsidRDefault="00000000">
      <w:pPr>
        <w:spacing w:after="60"/>
      </w:pPr>
      <w:r>
        <w:t>Selezionare una o più delle tre macroaree del presente Avviso:</w:t>
      </w:r>
    </w:p>
    <w:p w14:paraId="479D8F79" w14:textId="77777777" w:rsidR="00656364" w:rsidRDefault="00000000">
      <w:pPr>
        <w:keepLines/>
        <w:spacing w:after="60"/>
      </w:pPr>
      <w:r>
        <w:t>☐ Assistente personale;</w:t>
      </w:r>
    </w:p>
    <w:p w14:paraId="0295EAC1" w14:textId="77777777" w:rsidR="00656364" w:rsidRDefault="00000000">
      <w:pPr>
        <w:keepLines/>
        <w:spacing w:after="60"/>
      </w:pPr>
      <w:r>
        <w:t>☐ Domotica e tecnologie assistive;</w:t>
      </w:r>
    </w:p>
    <w:p w14:paraId="4C5BA0C4" w14:textId="77777777" w:rsidR="00656364" w:rsidRDefault="00000000">
      <w:pPr>
        <w:keepLines/>
        <w:spacing w:after="60"/>
      </w:pPr>
      <w:r>
        <w:t>☐ Abitare in autonomia - Housing / Co-housing.</w:t>
      </w:r>
    </w:p>
    <w:p w14:paraId="723350F3" w14:textId="77777777" w:rsidR="00656364" w:rsidRDefault="00000000">
      <w:pPr>
        <w:spacing w:after="60"/>
      </w:pPr>
      <w:r>
        <w:t>Interventi, combinazione delle azioni e risorse sono definiti nel progetto personalizzato a seguito della valutazione multidimensionale. L’inclusione sociale e relazionale, quale distinta macroarea, sarà oggetto di separato Avviso e non è richiedibile con questa domanda.</w:t>
      </w:r>
    </w:p>
    <w:p w14:paraId="35B571A4" w14:textId="77777777" w:rsidR="00656364" w:rsidRDefault="00000000">
      <w:r>
        <w:br w:type="page"/>
      </w:r>
    </w:p>
    <w:p w14:paraId="0CD561B2" w14:textId="77777777" w:rsidR="00656364" w:rsidRDefault="00000000">
      <w:pPr>
        <w:pStyle w:val="Titolo1"/>
      </w:pPr>
      <w:r>
        <w:lastRenderedPageBreak/>
        <w:t>7 Allegati</w:t>
      </w:r>
    </w:p>
    <w:p w14:paraId="71119738" w14:textId="77777777" w:rsidR="00656364" w:rsidRDefault="00000000">
      <w:pPr>
        <w:keepLines/>
        <w:spacing w:after="60"/>
      </w:pPr>
      <w:r>
        <w:t>☐ copia del documento di identità del beneficiario;</w:t>
      </w:r>
    </w:p>
    <w:p w14:paraId="4AE329F7" w14:textId="77777777" w:rsidR="00656364" w:rsidRDefault="00000000">
      <w:pPr>
        <w:keepLines/>
        <w:spacing w:after="60"/>
      </w:pPr>
      <w:r>
        <w:t>☐ documento di identità del firmatario, se diverso dal beneficiario;</w:t>
      </w:r>
    </w:p>
    <w:p w14:paraId="07CDD4DB" w14:textId="77777777" w:rsidR="00656364" w:rsidRDefault="00000000">
      <w:pPr>
        <w:keepLines/>
        <w:spacing w:after="60"/>
      </w:pPr>
      <w:r>
        <w:t>☐ documentazione / certificazione attestante la condizione di disabilità;</w:t>
      </w:r>
    </w:p>
    <w:p w14:paraId="7E6B8D27" w14:textId="77777777" w:rsidR="00656364" w:rsidRDefault="00000000">
      <w:pPr>
        <w:keepLines/>
        <w:spacing w:after="60"/>
      </w:pPr>
      <w:r>
        <w:t>☐ attestazione ISEE in corso di validità utilizzabile per le prestazioni sociosanitarie non residenziali per maggiorenni, riferita al nucleo ristretto oppure ordinario, come indicato nella sezione 4;</w:t>
      </w:r>
    </w:p>
    <w:p w14:paraId="7F1308D3" w14:textId="77777777" w:rsidR="00656364" w:rsidRDefault="00000000">
      <w:pPr>
        <w:keepLines/>
        <w:spacing w:after="60"/>
      </w:pPr>
      <w:r>
        <w:t>☐ Allegato B - Proposta di progetto di Vita Indipendente, debitamente compilato;</w:t>
      </w:r>
    </w:p>
    <w:p w14:paraId="18468A01" w14:textId="77777777" w:rsidR="00656364" w:rsidRDefault="00000000">
      <w:pPr>
        <w:keepLines/>
        <w:spacing w:after="60"/>
      </w:pPr>
      <w:r>
        <w:t>☐ documentazione attestante i poteri di rappresentanza, ove ricorra;</w:t>
      </w:r>
    </w:p>
    <w:p w14:paraId="65290BDF" w14:textId="77777777" w:rsidR="00656364" w:rsidRDefault="00000000">
      <w:pPr>
        <w:keepLines/>
        <w:spacing w:after="60"/>
      </w:pPr>
      <w:r>
        <w:t>☐ eventuale ulteriore documentazione utile alla valutazione.</w:t>
      </w:r>
    </w:p>
    <w:p w14:paraId="72B95D19" w14:textId="77777777" w:rsidR="00656364" w:rsidRDefault="00000000">
      <w:pPr>
        <w:pStyle w:val="Titolo1"/>
      </w:pPr>
      <w:r>
        <w:t>8 Consenso e impegni</w:t>
      </w:r>
    </w:p>
    <w:p w14:paraId="4C358849" w14:textId="77777777" w:rsidR="00656364" w:rsidRDefault="00000000">
      <w:r>
        <w:t>Il/La sottoscritto/a chiede l’ammissione alla procedura del beneficiario indicato nella presente domanda e dichiara di aver preso visione dell’Avviso e di accettarne integralmente le condizioni.</w:t>
      </w:r>
    </w:p>
    <w:p w14:paraId="3CBA2A44" w14:textId="77777777" w:rsidR="00656364" w:rsidRDefault="00000000">
      <w:pPr>
        <w:spacing w:after="240"/>
      </w:pPr>
      <w:r>
        <w:t>Il/La sottoscritto/a autorizza il trattamento dei dati personali, anche appartenenti a categorie particolari, esclusivamente per le finalità connesse alla gestione della procedura, alla valutazione multidimensionale, alla predisposizione e gestione del progetto individualizzato e agli obblighi di monitoraggio e rendicontazione, nel rispetto del Regolamento (UE) 2016/679 e della normativa nazionale vigente.</w:t>
      </w:r>
    </w:p>
    <w:p w14:paraId="4CF4530F" w14:textId="77777777" w:rsidR="00656364" w:rsidRDefault="00000000">
      <w:pPr>
        <w:spacing w:after="180"/>
      </w:pPr>
      <w:r>
        <w:t>Luogo e data _______________________________</w:t>
      </w:r>
    </w:p>
    <w:p w14:paraId="17360AE8" w14:textId="77777777" w:rsidR="0081604D" w:rsidRDefault="0081604D">
      <w:pPr>
        <w:spacing w:after="60"/>
      </w:pPr>
    </w:p>
    <w:p w14:paraId="542356EA" w14:textId="43BBD062" w:rsidR="00656364" w:rsidRDefault="00000000" w:rsidP="0081604D">
      <w:pPr>
        <w:spacing w:after="60"/>
        <w:jc w:val="center"/>
      </w:pPr>
      <w:proofErr w:type="spellStart"/>
      <w:r>
        <w:t>Firma</w:t>
      </w:r>
      <w:proofErr w:type="spellEnd"/>
      <w:r>
        <w:t xml:space="preserve"> del </w:t>
      </w:r>
      <w:proofErr w:type="spellStart"/>
      <w:r>
        <w:t>beneficiario</w:t>
      </w:r>
      <w:proofErr w:type="spellEnd"/>
      <w:r>
        <w:t xml:space="preserve"> / </w:t>
      </w:r>
      <w:proofErr w:type="spellStart"/>
      <w:r>
        <w:t>soggetto</w:t>
      </w:r>
      <w:proofErr w:type="spellEnd"/>
      <w:r>
        <w:t xml:space="preserve"> </w:t>
      </w:r>
      <w:proofErr w:type="spellStart"/>
      <w:r>
        <w:t>legittimato</w:t>
      </w:r>
      <w:proofErr w:type="spellEnd"/>
    </w:p>
    <w:p w14:paraId="6ACA417F" w14:textId="77777777" w:rsidR="00656364" w:rsidRDefault="00000000" w:rsidP="0081604D">
      <w:pPr>
        <w:spacing w:after="60"/>
        <w:jc w:val="center"/>
      </w:pPr>
      <w:r>
        <w:t>____________________________________________________________</w:t>
      </w:r>
    </w:p>
    <w:sectPr w:rsidR="00656364" w:rsidSect="00034616">
      <w:footerReference w:type="default" r:id="rId8"/>
      <w:pgSz w:w="11906" w:h="16838"/>
      <w:pgMar w:top="935" w:right="1020" w:bottom="935" w:left="1020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95F31" w14:textId="77777777" w:rsidR="00ED5CC3" w:rsidRDefault="00ED5CC3">
      <w:pPr>
        <w:spacing w:after="0" w:line="240" w:lineRule="auto"/>
      </w:pPr>
      <w:r>
        <w:separator/>
      </w:r>
    </w:p>
  </w:endnote>
  <w:endnote w:type="continuationSeparator" w:id="0">
    <w:p w14:paraId="4CB89A86" w14:textId="77777777" w:rsidR="00ED5CC3" w:rsidRDefault="00ED5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359C3" w14:textId="77777777" w:rsidR="00656364" w:rsidRDefault="00000000">
    <w:pPr>
      <w:pStyle w:val="Pidipagina"/>
      <w:jc w:val="right"/>
    </w:pPr>
    <w:proofErr w:type="spellStart"/>
    <w:r>
      <w:rPr>
        <w:sz w:val="16"/>
      </w:rPr>
      <w:t>Allegato</w:t>
    </w:r>
    <w:proofErr w:type="spellEnd"/>
    <w:r>
      <w:rPr>
        <w:sz w:val="16"/>
      </w:rPr>
      <w:t xml:space="preserve"> A · </w:t>
    </w:r>
    <w:r>
      <w:fldChar w:fldCharType="begin"/>
    </w:r>
    <w:r>
      <w:instrText>PAGE</w:instrText>
    </w:r>
    <w:r>
      <w:fldChar w:fldCharType="separate"/>
    </w:r>
    <w:r w:rsidR="0081604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1F991" w14:textId="77777777" w:rsidR="00ED5CC3" w:rsidRDefault="00ED5CC3">
      <w:pPr>
        <w:spacing w:after="0" w:line="240" w:lineRule="auto"/>
      </w:pPr>
      <w:r>
        <w:separator/>
      </w:r>
    </w:p>
  </w:footnote>
  <w:footnote w:type="continuationSeparator" w:id="0">
    <w:p w14:paraId="7DC740F8" w14:textId="77777777" w:rsidR="00ED5CC3" w:rsidRDefault="00ED5C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49718">
    <w:abstractNumId w:val="8"/>
  </w:num>
  <w:num w:numId="2" w16cid:durableId="1716738050">
    <w:abstractNumId w:val="6"/>
  </w:num>
  <w:num w:numId="3" w16cid:durableId="1561280413">
    <w:abstractNumId w:val="5"/>
  </w:num>
  <w:num w:numId="4" w16cid:durableId="687171573">
    <w:abstractNumId w:val="4"/>
  </w:num>
  <w:num w:numId="5" w16cid:durableId="363091823">
    <w:abstractNumId w:val="7"/>
  </w:num>
  <w:num w:numId="6" w16cid:durableId="330529351">
    <w:abstractNumId w:val="3"/>
  </w:num>
  <w:num w:numId="7" w16cid:durableId="922496188">
    <w:abstractNumId w:val="2"/>
  </w:num>
  <w:num w:numId="8" w16cid:durableId="38358416">
    <w:abstractNumId w:val="1"/>
  </w:num>
  <w:num w:numId="9" w16cid:durableId="1794791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30910"/>
    <w:rsid w:val="00656364"/>
    <w:rsid w:val="0081604D"/>
    <w:rsid w:val="008C6090"/>
    <w:rsid w:val="00976A0C"/>
    <w:rsid w:val="00AA1D8D"/>
    <w:rsid w:val="00AC4B9F"/>
    <w:rsid w:val="00B47730"/>
    <w:rsid w:val="00CB0664"/>
    <w:rsid w:val="00ED5C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60874D"/>
  <w14:defaultImageDpi w14:val="300"/>
  <w15:docId w15:val="{BEAF0465-8B7F-45FC-B667-6DB16C5CF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4" w:lineRule="auto"/>
    </w:pPr>
    <w:rPr>
      <w:rFonts w:ascii="Arial" w:hAnsi="Arial"/>
      <w:color w:val="000000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</dc:title>
  <dc:subject>Progetto Reti per l’Autonomia - FNA 2022 - ATS Caulonia</dc:subject>
  <dc:creator>Ambito Territoriale Sociale di Caulonia</dc:creator>
  <cp:keywords/>
  <dc:description>generated by python-docx</dc:description>
  <cp:lastModifiedBy>Utente</cp:lastModifiedBy>
  <cp:revision>2</cp:revision>
  <dcterms:created xsi:type="dcterms:W3CDTF">2026-10-13T12:49:00Z</dcterms:created>
  <dcterms:modified xsi:type="dcterms:W3CDTF">2026-10-13T12:49:00Z</dcterms:modified>
  <cp:category/>
</cp:coreProperties>
</file>